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201AF" w14:textId="77777777" w:rsidR="000920FE" w:rsidRPr="007754A9" w:rsidRDefault="00000000">
      <w:pPr>
        <w:pStyle w:val="Titre"/>
        <w:rPr>
          <w:lang w:val="fr-FR"/>
        </w:rPr>
      </w:pPr>
      <w:r w:rsidRPr="007754A9">
        <w:rPr>
          <w:rFonts w:ascii="Calibri" w:hAnsi="Calibri"/>
          <w:lang w:val="fr-FR"/>
        </w:rPr>
        <w:t>Modèles de lettres — Restitution de la retenue de garantie (BTP)</w:t>
      </w:r>
    </w:p>
    <w:p w14:paraId="46E26F17" w14:textId="77777777" w:rsidR="007754A9" w:rsidRPr="007754A9" w:rsidRDefault="007754A9" w:rsidP="007754A9">
      <w:pPr>
        <w:rPr>
          <w:b/>
          <w:bCs/>
          <w:lang w:val="fr-FR"/>
        </w:rPr>
      </w:pPr>
      <w:r w:rsidRPr="007754A9">
        <w:rPr>
          <w:b/>
          <w:bCs/>
          <w:lang w:val="fr-FR"/>
        </w:rPr>
        <w:t>3 modèles de lettres (copier-coller) + téléchargement Word</w:t>
      </w:r>
    </w:p>
    <w:p w14:paraId="77CCA303" w14:textId="77777777" w:rsidR="007754A9" w:rsidRPr="007754A9" w:rsidRDefault="007754A9" w:rsidP="007754A9">
      <w:pPr>
        <w:rPr>
          <w:lang w:val="fr-FR"/>
        </w:rPr>
      </w:pPr>
      <w:r w:rsidRPr="007754A9">
        <w:rPr>
          <w:lang w:val="fr-FR"/>
        </w:rPr>
        <w:t xml:space="preserve">Vous pouvez copier-coller ci-dessous ou </w:t>
      </w:r>
      <w:r w:rsidRPr="007754A9">
        <w:rPr>
          <w:b/>
          <w:bCs/>
          <w:lang w:val="fr-FR"/>
        </w:rPr>
        <w:t>télécharger la version Word</w:t>
      </w:r>
      <w:r w:rsidRPr="007754A9">
        <w:rPr>
          <w:lang w:val="fr-FR"/>
        </w:rPr>
        <w:t xml:space="preserve"> prête à l’emploi :</w:t>
      </w:r>
    </w:p>
    <w:p w14:paraId="0096AC3F" w14:textId="77777777" w:rsidR="007754A9" w:rsidRPr="007754A9" w:rsidRDefault="007754A9" w:rsidP="007754A9">
      <w:pPr>
        <w:rPr>
          <w:b/>
          <w:bCs/>
          <w:lang w:val="fr-FR"/>
        </w:rPr>
      </w:pPr>
      <w:r w:rsidRPr="007754A9">
        <w:rPr>
          <w:b/>
          <w:bCs/>
          <w:lang w:val="fr-FR"/>
        </w:rPr>
        <w:t>1) Marchés privés — Demande de restitution</w:t>
      </w:r>
    </w:p>
    <w:p w14:paraId="2F5A8DA2" w14:textId="77777777" w:rsidR="007754A9" w:rsidRPr="007754A9" w:rsidRDefault="007754A9" w:rsidP="007754A9">
      <w:pPr>
        <w:rPr>
          <w:lang w:val="fr-FR"/>
        </w:rPr>
      </w:pPr>
      <w:r w:rsidRPr="007754A9">
        <w:rPr>
          <w:b/>
          <w:bCs/>
          <w:lang w:val="fr-FR"/>
        </w:rPr>
        <w:t>Objet</w:t>
      </w:r>
      <w:r w:rsidRPr="007754A9">
        <w:rPr>
          <w:lang w:val="fr-FR"/>
        </w:rPr>
        <w:t xml:space="preserve"> : Demande de restitution de la retenue de garantie — Contrat n° [XXX]</w:t>
      </w:r>
    </w:p>
    <w:p w14:paraId="3FF841CA" w14:textId="77777777" w:rsidR="007754A9" w:rsidRPr="007754A9" w:rsidRDefault="007754A9" w:rsidP="007754A9">
      <w:pPr>
        <w:rPr>
          <w:lang w:val="fr-FR"/>
        </w:rPr>
      </w:pPr>
      <w:r w:rsidRPr="007754A9">
        <w:rPr>
          <w:lang w:val="fr-FR"/>
        </w:rPr>
        <w:t>Madame, Monsieur,</w:t>
      </w:r>
    </w:p>
    <w:p w14:paraId="3200C1BB" w14:textId="77777777" w:rsidR="007754A9" w:rsidRPr="007754A9" w:rsidRDefault="007754A9" w:rsidP="007754A9">
      <w:pPr>
        <w:rPr>
          <w:lang w:val="fr-FR"/>
        </w:rPr>
      </w:pPr>
      <w:r w:rsidRPr="007754A9">
        <w:rPr>
          <w:lang w:val="fr-FR"/>
        </w:rPr>
        <w:t xml:space="preserve">Nous avons exécuté les travaux objet du contrat n° [XXX] signé le [date] relatifs à [nature des travaux] au [adresse du chantier]. La </w:t>
      </w:r>
      <w:r w:rsidRPr="007754A9">
        <w:rPr>
          <w:b/>
          <w:bCs/>
          <w:lang w:val="fr-FR"/>
        </w:rPr>
        <w:t>réception</w:t>
      </w:r>
      <w:r w:rsidRPr="007754A9">
        <w:rPr>
          <w:lang w:val="fr-FR"/>
        </w:rPr>
        <w:t xml:space="preserve"> est intervenue le [date de réception], </w:t>
      </w:r>
      <w:proofErr w:type="gramStart"/>
      <w:r w:rsidRPr="007754A9">
        <w:rPr>
          <w:b/>
          <w:bCs/>
          <w:lang w:val="fr-FR"/>
        </w:rPr>
        <w:t>sans réserves</w:t>
      </w:r>
      <w:proofErr w:type="gramEnd"/>
      <w:r w:rsidRPr="007754A9">
        <w:rPr>
          <w:lang w:val="fr-FR"/>
        </w:rPr>
        <w:t xml:space="preserve"> / </w:t>
      </w:r>
      <w:r w:rsidRPr="007754A9">
        <w:rPr>
          <w:b/>
          <w:bCs/>
          <w:lang w:val="fr-FR"/>
        </w:rPr>
        <w:t>réserves levées</w:t>
      </w:r>
      <w:r w:rsidRPr="007754A9">
        <w:rPr>
          <w:lang w:val="fr-FR"/>
        </w:rPr>
        <w:t xml:space="preserve"> le [date].</w:t>
      </w:r>
    </w:p>
    <w:p w14:paraId="6214EEE9" w14:textId="77777777" w:rsidR="007754A9" w:rsidRPr="007754A9" w:rsidRDefault="007754A9" w:rsidP="007754A9">
      <w:pPr>
        <w:rPr>
          <w:lang w:val="fr-FR"/>
        </w:rPr>
      </w:pPr>
      <w:r w:rsidRPr="007754A9">
        <w:rPr>
          <w:lang w:val="fr-FR"/>
        </w:rPr>
        <w:t xml:space="preserve">Conformément à la loi du 16 juillet 1971 et à l’issue du délai de garantie désormais expiré, nous vous prions de bien vouloir procéder à la </w:t>
      </w:r>
      <w:r w:rsidRPr="007754A9">
        <w:rPr>
          <w:b/>
          <w:bCs/>
          <w:lang w:val="fr-FR"/>
        </w:rPr>
        <w:t>restitution</w:t>
      </w:r>
      <w:r w:rsidRPr="007754A9">
        <w:rPr>
          <w:lang w:val="fr-FR"/>
        </w:rPr>
        <w:t xml:space="preserve"> de la retenue de garantie d’un montant de [€ / %] et d’en </w:t>
      </w:r>
      <w:r w:rsidRPr="007754A9">
        <w:rPr>
          <w:b/>
          <w:bCs/>
          <w:lang w:val="fr-FR"/>
        </w:rPr>
        <w:t>effectuer le virement</w:t>
      </w:r>
      <w:r w:rsidRPr="007754A9">
        <w:rPr>
          <w:lang w:val="fr-FR"/>
        </w:rPr>
        <w:t xml:space="preserve"> sur le </w:t>
      </w:r>
      <w:r w:rsidRPr="007754A9">
        <w:rPr>
          <w:b/>
          <w:bCs/>
          <w:lang w:val="fr-FR"/>
        </w:rPr>
        <w:t>RIB</w:t>
      </w:r>
      <w:r w:rsidRPr="007754A9">
        <w:rPr>
          <w:lang w:val="fr-FR"/>
        </w:rPr>
        <w:t xml:space="preserve"> ci-joint.</w:t>
      </w:r>
    </w:p>
    <w:p w14:paraId="581E4187" w14:textId="77777777" w:rsidR="007754A9" w:rsidRPr="007754A9" w:rsidRDefault="007754A9" w:rsidP="007754A9">
      <w:pPr>
        <w:rPr>
          <w:lang w:val="fr-FR"/>
        </w:rPr>
      </w:pPr>
      <w:r w:rsidRPr="007754A9">
        <w:rPr>
          <w:lang w:val="fr-FR"/>
        </w:rPr>
        <w:t>Pièces jointes : contrat, PV de réception, PV de levée des réserves, RIB.</w:t>
      </w:r>
    </w:p>
    <w:p w14:paraId="1BC4AC91" w14:textId="77777777" w:rsidR="007754A9" w:rsidRPr="007754A9" w:rsidRDefault="007754A9" w:rsidP="007754A9">
      <w:pPr>
        <w:rPr>
          <w:lang w:val="fr-FR"/>
        </w:rPr>
      </w:pPr>
      <w:r w:rsidRPr="007754A9">
        <w:rPr>
          <w:lang w:val="fr-FR"/>
        </w:rPr>
        <w:t>Veuillez agréer, Madame, Monsieur, l’expression de nos salutations distinguées.</w:t>
      </w:r>
    </w:p>
    <w:p w14:paraId="631CE5F4" w14:textId="77777777" w:rsidR="007754A9" w:rsidRPr="007754A9" w:rsidRDefault="007754A9" w:rsidP="007754A9">
      <w:pPr>
        <w:rPr>
          <w:lang w:val="fr-FR"/>
        </w:rPr>
      </w:pPr>
      <w:r w:rsidRPr="007754A9">
        <w:rPr>
          <w:lang w:val="fr-FR"/>
        </w:rPr>
        <w:t>[Signature + cachet]</w:t>
      </w:r>
    </w:p>
    <w:p w14:paraId="66AEB314" w14:textId="77777777" w:rsidR="007754A9" w:rsidRPr="007754A9" w:rsidRDefault="007754A9" w:rsidP="007754A9">
      <w:pPr>
        <w:rPr>
          <w:lang w:val="fr-FR"/>
        </w:rPr>
      </w:pPr>
      <w:r w:rsidRPr="007754A9">
        <w:rPr>
          <w:lang w:val="fr-FR"/>
        </w:rPr>
        <w:pict w14:anchorId="3CB6AB9D">
          <v:rect id="_x0000_i1031" style="width:0;height:1.5pt" o:hralign="center" o:hrstd="t" o:hr="t" fillcolor="#a0a0a0" stroked="f"/>
        </w:pict>
      </w:r>
    </w:p>
    <w:p w14:paraId="5719069E" w14:textId="77777777" w:rsidR="007754A9" w:rsidRPr="007754A9" w:rsidRDefault="007754A9" w:rsidP="007754A9">
      <w:pPr>
        <w:rPr>
          <w:b/>
          <w:bCs/>
          <w:lang w:val="fr-FR"/>
        </w:rPr>
      </w:pPr>
      <w:r w:rsidRPr="007754A9">
        <w:rPr>
          <w:b/>
          <w:bCs/>
          <w:lang w:val="fr-FR"/>
        </w:rPr>
        <w:t>2) Marchés publics — Demande de restitution</w:t>
      </w:r>
    </w:p>
    <w:p w14:paraId="761FBB01" w14:textId="77777777" w:rsidR="007754A9" w:rsidRPr="007754A9" w:rsidRDefault="007754A9" w:rsidP="007754A9">
      <w:pPr>
        <w:rPr>
          <w:lang w:val="fr-FR"/>
        </w:rPr>
      </w:pPr>
      <w:r w:rsidRPr="007754A9">
        <w:rPr>
          <w:b/>
          <w:bCs/>
          <w:lang w:val="fr-FR"/>
        </w:rPr>
        <w:t>Objet</w:t>
      </w:r>
      <w:r w:rsidRPr="007754A9">
        <w:rPr>
          <w:lang w:val="fr-FR"/>
        </w:rPr>
        <w:t xml:space="preserve"> : Demande de restitution de la retenue de garantie — Marché n° [XXX]</w:t>
      </w:r>
    </w:p>
    <w:p w14:paraId="3A560CE0" w14:textId="77777777" w:rsidR="007754A9" w:rsidRPr="007754A9" w:rsidRDefault="007754A9" w:rsidP="007754A9">
      <w:pPr>
        <w:rPr>
          <w:lang w:val="fr-FR"/>
        </w:rPr>
      </w:pPr>
      <w:r w:rsidRPr="007754A9">
        <w:rPr>
          <w:lang w:val="fr-FR"/>
        </w:rPr>
        <w:t>Madame, Monsieur,</w:t>
      </w:r>
    </w:p>
    <w:p w14:paraId="1238BC6D" w14:textId="77777777" w:rsidR="007754A9" w:rsidRPr="007754A9" w:rsidRDefault="007754A9" w:rsidP="007754A9">
      <w:pPr>
        <w:rPr>
          <w:lang w:val="fr-FR"/>
        </w:rPr>
      </w:pPr>
      <w:r w:rsidRPr="007754A9">
        <w:rPr>
          <w:lang w:val="fr-FR"/>
        </w:rPr>
        <w:t xml:space="preserve">Nous rappelons que la </w:t>
      </w:r>
      <w:r w:rsidRPr="007754A9">
        <w:rPr>
          <w:b/>
          <w:bCs/>
          <w:lang w:val="fr-FR"/>
        </w:rPr>
        <w:t>réception</w:t>
      </w:r>
      <w:r w:rsidRPr="007754A9">
        <w:rPr>
          <w:lang w:val="fr-FR"/>
        </w:rPr>
        <w:t xml:space="preserve"> du marché n° [XXX] (objet : [objet]) est intervenue le [date], et que le </w:t>
      </w:r>
      <w:r w:rsidRPr="007754A9">
        <w:rPr>
          <w:b/>
          <w:bCs/>
          <w:lang w:val="fr-FR"/>
        </w:rPr>
        <w:t>délai de garantie</w:t>
      </w:r>
      <w:r w:rsidRPr="007754A9">
        <w:rPr>
          <w:lang w:val="fr-FR"/>
        </w:rPr>
        <w:t xml:space="preserve"> a expiré le [date] / les </w:t>
      </w:r>
      <w:r w:rsidRPr="007754A9">
        <w:rPr>
          <w:b/>
          <w:bCs/>
          <w:lang w:val="fr-FR"/>
        </w:rPr>
        <w:t>réserves</w:t>
      </w:r>
      <w:r w:rsidRPr="007754A9">
        <w:rPr>
          <w:lang w:val="fr-FR"/>
        </w:rPr>
        <w:t xml:space="preserve"> ont été </w:t>
      </w:r>
      <w:r w:rsidRPr="007754A9">
        <w:rPr>
          <w:b/>
          <w:bCs/>
          <w:lang w:val="fr-FR"/>
        </w:rPr>
        <w:t>levées</w:t>
      </w:r>
      <w:r w:rsidRPr="007754A9">
        <w:rPr>
          <w:lang w:val="fr-FR"/>
        </w:rPr>
        <w:t xml:space="preserve"> le [date].</w:t>
      </w:r>
    </w:p>
    <w:p w14:paraId="25A16D47" w14:textId="77777777" w:rsidR="007754A9" w:rsidRPr="007754A9" w:rsidRDefault="007754A9" w:rsidP="007754A9">
      <w:pPr>
        <w:rPr>
          <w:lang w:val="fr-FR"/>
        </w:rPr>
      </w:pPr>
      <w:r w:rsidRPr="007754A9">
        <w:rPr>
          <w:lang w:val="fr-FR"/>
        </w:rPr>
        <w:t xml:space="preserve">Nous vous remercions de bien vouloir </w:t>
      </w:r>
      <w:r w:rsidRPr="007754A9">
        <w:rPr>
          <w:b/>
          <w:bCs/>
          <w:lang w:val="fr-FR"/>
        </w:rPr>
        <w:t>rembourser la retenue de garantie</w:t>
      </w:r>
      <w:r w:rsidRPr="007754A9">
        <w:rPr>
          <w:lang w:val="fr-FR"/>
        </w:rPr>
        <w:t xml:space="preserve"> d’un montant de [€ / %] </w:t>
      </w:r>
      <w:r w:rsidRPr="007754A9">
        <w:rPr>
          <w:b/>
          <w:bCs/>
          <w:lang w:val="fr-FR"/>
        </w:rPr>
        <w:t>dans les 30 jours</w:t>
      </w:r>
      <w:r w:rsidRPr="007754A9">
        <w:rPr>
          <w:lang w:val="fr-FR"/>
        </w:rPr>
        <w:t xml:space="preserve">, et de procéder au </w:t>
      </w:r>
      <w:r w:rsidRPr="007754A9">
        <w:rPr>
          <w:b/>
          <w:bCs/>
          <w:lang w:val="fr-FR"/>
        </w:rPr>
        <w:t>virement</w:t>
      </w:r>
      <w:r w:rsidRPr="007754A9">
        <w:rPr>
          <w:lang w:val="fr-FR"/>
        </w:rPr>
        <w:t xml:space="preserve"> sur le </w:t>
      </w:r>
      <w:r w:rsidRPr="007754A9">
        <w:rPr>
          <w:b/>
          <w:bCs/>
          <w:lang w:val="fr-FR"/>
        </w:rPr>
        <w:t>RIB</w:t>
      </w:r>
      <w:r w:rsidRPr="007754A9">
        <w:rPr>
          <w:lang w:val="fr-FR"/>
        </w:rPr>
        <w:t xml:space="preserve"> ci-joint.</w:t>
      </w:r>
    </w:p>
    <w:p w14:paraId="3CEA01CD" w14:textId="77777777" w:rsidR="007754A9" w:rsidRPr="007754A9" w:rsidRDefault="007754A9" w:rsidP="007754A9">
      <w:pPr>
        <w:rPr>
          <w:lang w:val="fr-FR"/>
        </w:rPr>
      </w:pPr>
      <w:r w:rsidRPr="007754A9">
        <w:rPr>
          <w:lang w:val="fr-FR"/>
        </w:rPr>
        <w:t>Pièces jointes : notification/acte d’engagement, PV de réception, PV de levée des réserves, RIB.</w:t>
      </w:r>
    </w:p>
    <w:p w14:paraId="7853FA79" w14:textId="77777777" w:rsidR="007754A9" w:rsidRPr="007754A9" w:rsidRDefault="007754A9" w:rsidP="007754A9">
      <w:pPr>
        <w:rPr>
          <w:lang w:val="fr-FR"/>
        </w:rPr>
      </w:pPr>
      <w:r w:rsidRPr="007754A9">
        <w:rPr>
          <w:lang w:val="fr-FR"/>
        </w:rPr>
        <w:t>Veuillez agréer, Madame, Monsieur, l’expression de nos salutations distinguées.</w:t>
      </w:r>
    </w:p>
    <w:p w14:paraId="48BCEE77" w14:textId="77777777" w:rsidR="007754A9" w:rsidRPr="007754A9" w:rsidRDefault="007754A9" w:rsidP="007754A9">
      <w:pPr>
        <w:rPr>
          <w:lang w:val="fr-FR"/>
        </w:rPr>
      </w:pPr>
      <w:r w:rsidRPr="007754A9">
        <w:rPr>
          <w:lang w:val="fr-FR"/>
        </w:rPr>
        <w:t>[Signature + cachet]</w:t>
      </w:r>
    </w:p>
    <w:p w14:paraId="4656BBBA" w14:textId="77777777" w:rsidR="007754A9" w:rsidRDefault="007754A9">
      <w:pPr>
        <w:rPr>
          <w:lang w:val="fr-FR"/>
        </w:rPr>
      </w:pPr>
    </w:p>
    <w:p w14:paraId="66875776" w14:textId="072234F8" w:rsidR="000920FE" w:rsidRPr="007754A9" w:rsidRDefault="00000000">
      <w:pPr>
        <w:rPr>
          <w:lang w:val="fr-FR"/>
        </w:rPr>
      </w:pPr>
      <w:r w:rsidRPr="007754A9">
        <w:rPr>
          <w:lang w:val="fr-FR"/>
        </w:rPr>
        <w:t>Ce document contient trois modèles prêts à l’emploi pour demander la restitution de la retenue de garantie après travaux, en marchés privés, en marchés publics, ainsi qu’un modèle à adresser au consignataire. Personnalisez les zones entre [crochets] et envoyez votre courrier en LRAR. Joignez le contrat, le PV de réception, le PV de levée des réserves le cas échéant, et un RIB.</w:t>
      </w:r>
    </w:p>
    <w:p w14:paraId="71332F3E" w14:textId="77777777" w:rsidR="000920FE" w:rsidRPr="007754A9" w:rsidRDefault="00000000">
      <w:pPr>
        <w:pStyle w:val="Titre1"/>
        <w:rPr>
          <w:lang w:val="fr-FR"/>
        </w:rPr>
      </w:pPr>
      <w:r w:rsidRPr="007754A9">
        <w:rPr>
          <w:rFonts w:ascii="Calibri" w:hAnsi="Calibri"/>
          <w:lang w:val="fr-FR"/>
        </w:rPr>
        <w:t>1) Marchés privés — Demande de restitution</w:t>
      </w:r>
    </w:p>
    <w:p w14:paraId="53A85482" w14:textId="77777777" w:rsidR="000920FE" w:rsidRPr="007754A9" w:rsidRDefault="00000000">
      <w:pPr>
        <w:rPr>
          <w:lang w:val="fr-FR"/>
        </w:rPr>
      </w:pPr>
      <w:r w:rsidRPr="007754A9">
        <w:rPr>
          <w:b/>
          <w:lang w:val="fr-FR"/>
        </w:rPr>
        <w:t>Objet : Demande de restitution de la retenue de garantie — Contrat n° [XXX]</w:t>
      </w:r>
    </w:p>
    <w:p w14:paraId="7BBEEA25" w14:textId="77777777" w:rsidR="000920FE" w:rsidRPr="007754A9" w:rsidRDefault="00000000">
      <w:pPr>
        <w:rPr>
          <w:lang w:val="fr-FR"/>
        </w:rPr>
      </w:pPr>
      <w:r w:rsidRPr="007754A9">
        <w:rPr>
          <w:lang w:val="fr-FR"/>
        </w:rPr>
        <w:t>Madame, Monsieur,</w:t>
      </w:r>
    </w:p>
    <w:p w14:paraId="6629955C" w14:textId="77777777" w:rsidR="000920FE" w:rsidRPr="007754A9" w:rsidRDefault="00000000">
      <w:pPr>
        <w:rPr>
          <w:lang w:val="fr-FR"/>
        </w:rPr>
      </w:pPr>
      <w:r w:rsidRPr="007754A9">
        <w:rPr>
          <w:lang w:val="fr-FR"/>
        </w:rPr>
        <w:t>Nous avons exécuté les travaux objet du contrat n° [XXX] signé le [date], relatifs à [nature des travaux] au [adresse du chantier]. La réception est intervenue le [date de réception], sans réserves / avec réserves levées le [date].</w:t>
      </w:r>
      <w:r w:rsidRPr="007754A9">
        <w:rPr>
          <w:lang w:val="fr-FR"/>
        </w:rPr>
        <w:br/>
      </w:r>
      <w:r w:rsidRPr="007754A9">
        <w:rPr>
          <w:lang w:val="fr-FR"/>
        </w:rPr>
        <w:br/>
        <w:t>Conformément à la loi n° 71-584 du 16 juillet 1971, et à l’issue du délai de garantie désormais expiré, nous vous prions de bien vouloir procéder à la restitution de la retenue de garantie d’un montant de [€ / %] et d’en effectuer le virement sur le RIB ci-joint sous bref délai.</w:t>
      </w:r>
      <w:r w:rsidRPr="007754A9">
        <w:rPr>
          <w:lang w:val="fr-FR"/>
        </w:rPr>
        <w:br/>
      </w:r>
      <w:r w:rsidRPr="007754A9">
        <w:rPr>
          <w:lang w:val="fr-FR"/>
        </w:rPr>
        <w:br/>
        <w:t>Pièces jointes : [Contrat], [PV de réception], [PV de levée des réserves], [RIB].</w:t>
      </w:r>
      <w:r w:rsidRPr="007754A9">
        <w:rPr>
          <w:lang w:val="fr-FR"/>
        </w:rPr>
        <w:br/>
      </w:r>
      <w:r w:rsidRPr="007754A9">
        <w:rPr>
          <w:lang w:val="fr-FR"/>
        </w:rPr>
        <w:br/>
        <w:t>Dans l’attente de votre confirmation, veuillez agréer, Madame, Monsieur, l’expression de nos salutations distinguées.</w:t>
      </w:r>
      <w:r w:rsidRPr="007754A9">
        <w:rPr>
          <w:lang w:val="fr-FR"/>
        </w:rPr>
        <w:br/>
      </w:r>
      <w:r w:rsidRPr="007754A9">
        <w:rPr>
          <w:lang w:val="fr-FR"/>
        </w:rPr>
        <w:br/>
        <w:t>[Signature et cachet]</w:t>
      </w:r>
    </w:p>
    <w:p w14:paraId="6453D771" w14:textId="77777777" w:rsidR="000920FE" w:rsidRPr="007754A9" w:rsidRDefault="00000000">
      <w:pPr>
        <w:pStyle w:val="Titre1"/>
        <w:rPr>
          <w:lang w:val="fr-FR"/>
        </w:rPr>
      </w:pPr>
      <w:r w:rsidRPr="007754A9">
        <w:rPr>
          <w:rFonts w:ascii="Calibri" w:hAnsi="Calibri"/>
          <w:lang w:val="fr-FR"/>
        </w:rPr>
        <w:t>2) Marchés publics — Demande de restitution</w:t>
      </w:r>
    </w:p>
    <w:p w14:paraId="7F7CEEE7" w14:textId="77777777" w:rsidR="000920FE" w:rsidRPr="007754A9" w:rsidRDefault="00000000">
      <w:pPr>
        <w:rPr>
          <w:lang w:val="fr-FR"/>
        </w:rPr>
      </w:pPr>
      <w:r w:rsidRPr="007754A9">
        <w:rPr>
          <w:b/>
          <w:lang w:val="fr-FR"/>
        </w:rPr>
        <w:t>Objet : Demande de restitution de la retenue de garantie — Marché n° [XXX]</w:t>
      </w:r>
    </w:p>
    <w:p w14:paraId="76E6007C" w14:textId="77777777" w:rsidR="000920FE" w:rsidRPr="007754A9" w:rsidRDefault="00000000">
      <w:pPr>
        <w:rPr>
          <w:lang w:val="fr-FR"/>
        </w:rPr>
      </w:pPr>
      <w:r w:rsidRPr="007754A9">
        <w:rPr>
          <w:lang w:val="fr-FR"/>
        </w:rPr>
        <w:t>Madame, Monsieur,</w:t>
      </w:r>
    </w:p>
    <w:p w14:paraId="70AD9CE4" w14:textId="77777777" w:rsidR="000920FE" w:rsidRPr="007754A9" w:rsidRDefault="00000000">
      <w:pPr>
        <w:rPr>
          <w:lang w:val="fr-FR"/>
        </w:rPr>
      </w:pPr>
      <w:r w:rsidRPr="007754A9">
        <w:rPr>
          <w:lang w:val="fr-FR"/>
        </w:rPr>
        <w:t>Nous vous rappelons que la réception du marché n° [XXX] relatif à [objet] est intervenue le [date], et que le délai de garantie a expiré le [date]. À ce titre, l’article R2191-35 du Code de la commande publique prévoit le remboursement de la retenue de garantie dans les 30 jours suivant l’expiration du délai de garantie (ou dans les 30 jours suivant la levée des réserves, le cas échéant).</w:t>
      </w:r>
      <w:r w:rsidRPr="007754A9">
        <w:rPr>
          <w:lang w:val="fr-FR"/>
        </w:rPr>
        <w:br/>
      </w:r>
      <w:r w:rsidRPr="007754A9">
        <w:rPr>
          <w:lang w:val="fr-FR"/>
        </w:rPr>
        <w:br/>
        <w:t>Nous vous remercions de bien vouloir libérer la retenue de garantie d’un montant de [€ / %] et de procéder au virement sur le RIB ci-joint.</w:t>
      </w:r>
      <w:r w:rsidRPr="007754A9">
        <w:rPr>
          <w:lang w:val="fr-FR"/>
        </w:rPr>
        <w:br/>
      </w:r>
      <w:r w:rsidRPr="007754A9">
        <w:rPr>
          <w:lang w:val="fr-FR"/>
        </w:rPr>
        <w:br/>
        <w:t xml:space="preserve">Pièces jointes : [Acte d’engagement/notification], [PV de réception], [PV de levée des réserves], </w:t>
      </w:r>
      <w:r w:rsidRPr="007754A9">
        <w:rPr>
          <w:lang w:val="fr-FR"/>
        </w:rPr>
        <w:lastRenderedPageBreak/>
        <w:t>[RIB].</w:t>
      </w:r>
      <w:r w:rsidRPr="007754A9">
        <w:rPr>
          <w:lang w:val="fr-FR"/>
        </w:rPr>
        <w:br/>
      </w:r>
      <w:r w:rsidRPr="007754A9">
        <w:rPr>
          <w:lang w:val="fr-FR"/>
        </w:rPr>
        <w:br/>
        <w:t>Veuillez agréer, Madame, Monsieur, l’expression de nos salutations distinguées.</w:t>
      </w:r>
      <w:r w:rsidRPr="007754A9">
        <w:rPr>
          <w:lang w:val="fr-FR"/>
        </w:rPr>
        <w:br/>
      </w:r>
      <w:r w:rsidRPr="007754A9">
        <w:rPr>
          <w:lang w:val="fr-FR"/>
        </w:rPr>
        <w:br/>
        <w:t>[Signature et cachet]</w:t>
      </w:r>
    </w:p>
    <w:p w14:paraId="4F68BCCE" w14:textId="77777777" w:rsidR="000920FE" w:rsidRPr="007754A9" w:rsidRDefault="00000000">
      <w:pPr>
        <w:pStyle w:val="Titre1"/>
        <w:rPr>
          <w:lang w:val="fr-FR"/>
        </w:rPr>
      </w:pPr>
      <w:r w:rsidRPr="007754A9">
        <w:rPr>
          <w:rFonts w:ascii="Calibri" w:hAnsi="Calibri"/>
          <w:lang w:val="fr-FR"/>
        </w:rPr>
        <w:t>3) Consignataire — Demande de libération des fonds consignés</w:t>
      </w:r>
    </w:p>
    <w:p w14:paraId="00200CEC" w14:textId="77777777" w:rsidR="000920FE" w:rsidRPr="007754A9" w:rsidRDefault="00000000">
      <w:pPr>
        <w:rPr>
          <w:lang w:val="fr-FR"/>
        </w:rPr>
      </w:pPr>
      <w:r w:rsidRPr="007754A9">
        <w:rPr>
          <w:b/>
          <w:lang w:val="fr-FR"/>
        </w:rPr>
        <w:t>Objet : Demande de libération des fonds consignés — Contrat n° [XXX]</w:t>
      </w:r>
    </w:p>
    <w:p w14:paraId="689C644B" w14:textId="77777777" w:rsidR="000920FE" w:rsidRPr="007754A9" w:rsidRDefault="00000000">
      <w:pPr>
        <w:rPr>
          <w:lang w:val="fr-FR"/>
        </w:rPr>
      </w:pPr>
      <w:r w:rsidRPr="007754A9">
        <w:rPr>
          <w:lang w:val="fr-FR"/>
        </w:rPr>
        <w:t>Madame, Monsieur,</w:t>
      </w:r>
    </w:p>
    <w:p w14:paraId="52C071AE" w14:textId="77777777" w:rsidR="000920FE" w:rsidRPr="007754A9" w:rsidRDefault="00000000">
      <w:pPr>
        <w:rPr>
          <w:lang w:val="fr-FR"/>
        </w:rPr>
      </w:pPr>
      <w:r w:rsidRPr="007754A9">
        <w:rPr>
          <w:lang w:val="fr-FR"/>
        </w:rPr>
        <w:t>En votre qualité de consignataire de la retenue de garantie relative au contrat n° [XXX] conclu le [date] entre [entreprise] et [maître d’ouvrage], nous vous prions de libérer les fonds consignés pour un montant de [€ / %].</w:t>
      </w:r>
      <w:r w:rsidRPr="007754A9">
        <w:rPr>
          <w:lang w:val="fr-FR"/>
        </w:rPr>
        <w:br/>
      </w:r>
      <w:r w:rsidRPr="007754A9">
        <w:rPr>
          <w:lang w:val="fr-FR"/>
        </w:rPr>
        <w:br/>
        <w:t>La réception du chantier a eu lieu le [date], et la période de garantie est arrivée à échéance le [date] / les réserves ont été levées le [date], comme en attestent les pièces jointes.</w:t>
      </w:r>
      <w:r w:rsidRPr="007754A9">
        <w:rPr>
          <w:lang w:val="fr-FR"/>
        </w:rPr>
        <w:br/>
      </w:r>
      <w:r w:rsidRPr="007754A9">
        <w:rPr>
          <w:lang w:val="fr-FR"/>
        </w:rPr>
        <w:br/>
        <w:t>Nous vous remercions de procéder au virement selon le RIB annexé.</w:t>
      </w:r>
      <w:r w:rsidRPr="007754A9">
        <w:rPr>
          <w:lang w:val="fr-FR"/>
        </w:rPr>
        <w:br/>
      </w:r>
      <w:r w:rsidRPr="007754A9">
        <w:rPr>
          <w:lang w:val="fr-FR"/>
        </w:rPr>
        <w:br/>
        <w:t>Pièces jointes : [Convention de consignation], [Contrat], [PV de réception], [PV de levée des réserves], [RIB].</w:t>
      </w:r>
      <w:r w:rsidRPr="007754A9">
        <w:rPr>
          <w:lang w:val="fr-FR"/>
        </w:rPr>
        <w:br/>
      </w:r>
      <w:r w:rsidRPr="007754A9">
        <w:rPr>
          <w:lang w:val="fr-FR"/>
        </w:rPr>
        <w:br/>
        <w:t>Veuillez agréer, Madame, Monsieur, l’expression de nos salutations distinguées.</w:t>
      </w:r>
      <w:r w:rsidRPr="007754A9">
        <w:rPr>
          <w:lang w:val="fr-FR"/>
        </w:rPr>
        <w:br/>
      </w:r>
      <w:r w:rsidRPr="007754A9">
        <w:rPr>
          <w:lang w:val="fr-FR"/>
        </w:rPr>
        <w:br/>
        <w:t>[Signature et cachet]</w:t>
      </w:r>
    </w:p>
    <w:sectPr w:rsidR="000920FE" w:rsidRPr="007754A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2019841447">
    <w:abstractNumId w:val="8"/>
  </w:num>
  <w:num w:numId="2" w16cid:durableId="2137024645">
    <w:abstractNumId w:val="6"/>
  </w:num>
  <w:num w:numId="3" w16cid:durableId="1098866228">
    <w:abstractNumId w:val="5"/>
  </w:num>
  <w:num w:numId="4" w16cid:durableId="1052273196">
    <w:abstractNumId w:val="4"/>
  </w:num>
  <w:num w:numId="5" w16cid:durableId="406925985">
    <w:abstractNumId w:val="7"/>
  </w:num>
  <w:num w:numId="6" w16cid:durableId="1109356725">
    <w:abstractNumId w:val="3"/>
  </w:num>
  <w:num w:numId="7" w16cid:durableId="1378120630">
    <w:abstractNumId w:val="2"/>
  </w:num>
  <w:num w:numId="8" w16cid:durableId="5984715">
    <w:abstractNumId w:val="1"/>
  </w:num>
  <w:num w:numId="9" w16cid:durableId="592595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20FE"/>
    <w:rsid w:val="0015074B"/>
    <w:rsid w:val="002649DC"/>
    <w:rsid w:val="0029639D"/>
    <w:rsid w:val="00326F90"/>
    <w:rsid w:val="007754A9"/>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C7C50F"/>
  <w14:defaultImageDpi w14:val="300"/>
  <w15:docId w15:val="{4486C8CA-7608-4EB5-B80B-28B56231D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717</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HANI SAMI</cp:lastModifiedBy>
  <cp:revision>2</cp:revision>
  <dcterms:created xsi:type="dcterms:W3CDTF">2025-09-20T10:38:00Z</dcterms:created>
  <dcterms:modified xsi:type="dcterms:W3CDTF">2025-09-20T10:38:00Z</dcterms:modified>
  <cp:category/>
</cp:coreProperties>
</file>