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6"/>
        </w:rPr>
        <w:t>PÉTITION — MODÈLE STANDARD</w:t>
      </w:r>
    </w:p>
    <w:p>
      <w:pPr>
        <w:jc w:val="center"/>
      </w:pPr>
      <w:r>
        <w:rPr>
          <w:color w:val="505050"/>
          <w:sz w:val="20"/>
        </w:rPr>
        <w:t>A4 Portrait — à imprimer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3513"/>
        <w:gridCol w:w="3513"/>
        <w:gridCol w:w="3513"/>
      </w:tblGrid>
      <w:tr>
        <w:tc>
          <w:tcPr>
            <w:tcW w:type="dxa" w:w="3513"/>
          </w:tcPr>
          <w:p>
            <w:r>
              <w:rPr>
                <w:sz w:val="20"/>
              </w:rPr>
              <w:t>Destinataire : ____________________________</w:t>
            </w:r>
          </w:p>
        </w:tc>
        <w:tc>
          <w:tcPr>
            <w:tcW w:type="dxa" w:w="3513"/>
          </w:tcPr>
          <w:p>
            <w:r>
              <w:rPr>
                <w:sz w:val="20"/>
              </w:rPr>
              <w:t>Objet : ____________________________</w:t>
            </w:r>
          </w:p>
        </w:tc>
        <w:tc>
          <w:tcPr>
            <w:tcW w:type="dxa" w:w="3513"/>
          </w:tcPr>
          <w:p>
            <w:r>
              <w:rPr>
                <w:sz w:val="20"/>
              </w:rPr>
              <w:t>Lieu : ____________________________</w:t>
            </w:r>
          </w:p>
        </w:tc>
      </w:tr>
      <w:tr>
        <w:tc>
          <w:tcPr>
            <w:tcW w:type="dxa" w:w="3513"/>
          </w:tcPr>
          <w:p>
            <w:r>
              <w:rPr>
                <w:sz w:val="20"/>
              </w:rPr>
              <w:t>Date d’ouverture : ____________________________</w:t>
            </w:r>
          </w:p>
        </w:tc>
        <w:tc>
          <w:tcPr>
            <w:tcW w:type="dxa" w:w="3513"/>
          </w:tcPr>
          <w:p>
            <w:r>
              <w:rPr>
                <w:sz w:val="20"/>
              </w:rPr>
              <w:t>Initiateur (Nom / Organisation) : ____________________________</w:t>
            </w:r>
          </w:p>
        </w:tc>
        <w:tc>
          <w:tcPr>
            <w:tcW w:type="dxa" w:w="3513"/>
          </w:tcPr>
          <w:p>
            <w:r>
              <w:rPr>
                <w:sz w:val="20"/>
              </w:rPr>
              <w:t>Contact (e-mail / tél.) : ____________________________</w:t>
            </w:r>
          </w:p>
        </w:tc>
      </w:tr>
    </w:tbl>
    <w:p/>
    <w:p>
      <w:r>
        <w:rPr>
          <w:b/>
        </w:rPr>
        <w:t>Texte de la pétition :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</w:tcPr>
          <w:p>
            <w:pPr>
              <w:spacing w:after="120"/>
            </w:pPr>
            <w:r>
              <w:t xml:space="preserve"> </w:t>
            </w:r>
          </w:p>
        </w:tc>
      </w:tr>
      <w:tr>
        <w:tc>
          <w:tcPr>
            <w:tcW w:type="dxa" w:w="10540"/>
          </w:tcPr>
          <w:p>
            <w:pPr>
              <w:spacing w:after="120"/>
            </w:pPr>
            <w:r/>
          </w:p>
        </w:tc>
      </w:tr>
      <w:tr>
        <w:tc>
          <w:tcPr>
            <w:tcW w:type="dxa" w:w="10540"/>
          </w:tcPr>
          <w:p>
            <w:pPr>
              <w:spacing w:after="120"/>
            </w:pPr>
            <w:r/>
          </w:p>
        </w:tc>
      </w:tr>
      <w:tr>
        <w:tc>
          <w:tcPr>
            <w:tcW w:type="dxa" w:w="10540"/>
          </w:tcPr>
          <w:p>
            <w:pPr>
              <w:spacing w:after="120"/>
            </w:pPr>
            <w:r/>
          </w:p>
        </w:tc>
      </w:tr>
      <w:tr>
        <w:tc>
          <w:tcPr>
            <w:tcW w:type="dxa" w:w="10540"/>
          </w:tcPr>
          <w:p>
            <w:pPr>
              <w:spacing w:after="120"/>
            </w:pPr>
            <w:r/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108"/>
        <w:gridCol w:w="2108"/>
        <w:gridCol w:w="2108"/>
        <w:gridCol w:w="2108"/>
        <w:gridCol w:w="2108"/>
      </w:tblGrid>
      <w:tr>
        <w:tc>
          <w:tcPr>
            <w:tcW w:type="dxa" w:w="567"/>
            <w:shd w:val="clear" w:color="auto" w:fill="EAF4F4"/>
            <w:vAlign w:val="center"/>
          </w:tcPr>
          <w:p>
            <w:pPr>
              <w:jc w:val="center"/>
            </w:pPr>
            <w:r>
              <w:rPr>
                <w:b/>
              </w:rPr>
              <w:t>N°</w:t>
            </w:r>
          </w:p>
        </w:tc>
        <w:tc>
          <w:tcPr>
            <w:tcW w:type="dxa" w:w="3969"/>
            <w:shd w:val="clear" w:color="auto" w:fill="EAF4F4"/>
            <w:vAlign w:val="center"/>
          </w:tcPr>
          <w:p>
            <w:pPr>
              <w:jc w:val="center"/>
            </w:pPr>
            <w:r>
              <w:rPr>
                <w:b/>
              </w:rPr>
              <w:t>Nom &amp; Prénom</w:t>
            </w:r>
          </w:p>
        </w:tc>
        <w:tc>
          <w:tcPr>
            <w:tcW w:type="dxa" w:w="1984"/>
            <w:shd w:val="clear" w:color="auto" w:fill="EAF4F4"/>
            <w:vAlign w:val="center"/>
          </w:tcPr>
          <w:p>
            <w:pPr>
              <w:jc w:val="center"/>
            </w:pPr>
            <w:r>
              <w:rPr>
                <w:b/>
              </w:rPr>
              <w:t>Ville</w:t>
            </w:r>
          </w:p>
        </w:tc>
        <w:tc>
          <w:tcPr>
            <w:tcW w:type="dxa" w:w="2551"/>
            <w:shd w:val="clear" w:color="auto" w:fill="EAF4F4"/>
            <w:vAlign w:val="center"/>
          </w:tcPr>
          <w:p>
            <w:pPr>
              <w:jc w:val="center"/>
            </w:pPr>
            <w:r>
              <w:rPr>
                <w:b/>
              </w:rPr>
              <w:t>Signature</w:t>
            </w:r>
          </w:p>
        </w:tc>
        <w:tc>
          <w:tcPr>
            <w:tcW w:type="dxa" w:w="1417"/>
            <w:shd w:val="clear" w:color="auto" w:fill="EAF4F4"/>
            <w:vAlign w:val="center"/>
          </w:tcPr>
          <w:p>
            <w:pPr>
              <w:jc w:val="center"/>
            </w:pPr>
            <w:r>
              <w:rPr>
                <w:b/>
              </w:rPr>
              <w:t>Date</w:t>
            </w:r>
          </w:p>
        </w:tc>
      </w:tr>
      <w:tr>
        <w:tc>
          <w:tcPr>
            <w:tcW w:type="dxa" w:w="567"/>
          </w:tcPr>
          <w:p>
            <w:r>
              <w:t>1</w:t>
            </w:r>
          </w:p>
        </w:tc>
        <w:tc>
          <w:tcPr>
            <w:tcW w:type="dxa" w:w="3969"/>
          </w:tcPr>
          <w:p>
            <w:r/>
          </w:p>
        </w:tc>
        <w:tc>
          <w:tcPr>
            <w:tcW w:type="dxa" w:w="1984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1417"/>
          </w:tcPr>
          <w:p>
            <w:r/>
          </w:p>
        </w:tc>
      </w:tr>
      <w:tr>
        <w:tc>
          <w:tcPr>
            <w:tcW w:type="dxa" w:w="567"/>
          </w:tcPr>
          <w:p>
            <w:r>
              <w:t>2</w:t>
            </w:r>
          </w:p>
        </w:tc>
        <w:tc>
          <w:tcPr>
            <w:tcW w:type="dxa" w:w="3969"/>
          </w:tcPr>
          <w:p>
            <w:r/>
          </w:p>
        </w:tc>
        <w:tc>
          <w:tcPr>
            <w:tcW w:type="dxa" w:w="1984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1417"/>
          </w:tcPr>
          <w:p>
            <w:r/>
          </w:p>
        </w:tc>
      </w:tr>
      <w:tr>
        <w:tc>
          <w:tcPr>
            <w:tcW w:type="dxa" w:w="567"/>
          </w:tcPr>
          <w:p>
            <w:r>
              <w:t>3</w:t>
            </w:r>
          </w:p>
        </w:tc>
        <w:tc>
          <w:tcPr>
            <w:tcW w:type="dxa" w:w="3969"/>
          </w:tcPr>
          <w:p>
            <w:r/>
          </w:p>
        </w:tc>
        <w:tc>
          <w:tcPr>
            <w:tcW w:type="dxa" w:w="1984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1417"/>
          </w:tcPr>
          <w:p>
            <w:r/>
          </w:p>
        </w:tc>
      </w:tr>
      <w:tr>
        <w:tc>
          <w:tcPr>
            <w:tcW w:type="dxa" w:w="567"/>
          </w:tcPr>
          <w:p>
            <w:r>
              <w:t>4</w:t>
            </w:r>
          </w:p>
        </w:tc>
        <w:tc>
          <w:tcPr>
            <w:tcW w:type="dxa" w:w="3969"/>
          </w:tcPr>
          <w:p>
            <w:r/>
          </w:p>
        </w:tc>
        <w:tc>
          <w:tcPr>
            <w:tcW w:type="dxa" w:w="1984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1417"/>
          </w:tcPr>
          <w:p>
            <w:r/>
          </w:p>
        </w:tc>
      </w:tr>
      <w:tr>
        <w:tc>
          <w:tcPr>
            <w:tcW w:type="dxa" w:w="567"/>
          </w:tcPr>
          <w:p>
            <w:r>
              <w:t>5</w:t>
            </w:r>
          </w:p>
        </w:tc>
        <w:tc>
          <w:tcPr>
            <w:tcW w:type="dxa" w:w="3969"/>
          </w:tcPr>
          <w:p>
            <w:r/>
          </w:p>
        </w:tc>
        <w:tc>
          <w:tcPr>
            <w:tcW w:type="dxa" w:w="1984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1417"/>
          </w:tcPr>
          <w:p>
            <w:r/>
          </w:p>
        </w:tc>
      </w:tr>
      <w:tr>
        <w:tc>
          <w:tcPr>
            <w:tcW w:type="dxa" w:w="567"/>
          </w:tcPr>
          <w:p>
            <w:r>
              <w:t>6</w:t>
            </w:r>
          </w:p>
        </w:tc>
        <w:tc>
          <w:tcPr>
            <w:tcW w:type="dxa" w:w="3969"/>
          </w:tcPr>
          <w:p>
            <w:r/>
          </w:p>
        </w:tc>
        <w:tc>
          <w:tcPr>
            <w:tcW w:type="dxa" w:w="1984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1417"/>
          </w:tcPr>
          <w:p>
            <w:r/>
          </w:p>
        </w:tc>
      </w:tr>
      <w:tr>
        <w:tc>
          <w:tcPr>
            <w:tcW w:type="dxa" w:w="567"/>
          </w:tcPr>
          <w:p>
            <w:r>
              <w:t>7</w:t>
            </w:r>
          </w:p>
        </w:tc>
        <w:tc>
          <w:tcPr>
            <w:tcW w:type="dxa" w:w="3969"/>
          </w:tcPr>
          <w:p>
            <w:r/>
          </w:p>
        </w:tc>
        <w:tc>
          <w:tcPr>
            <w:tcW w:type="dxa" w:w="1984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1417"/>
          </w:tcPr>
          <w:p>
            <w:r/>
          </w:p>
        </w:tc>
      </w:tr>
      <w:tr>
        <w:tc>
          <w:tcPr>
            <w:tcW w:type="dxa" w:w="567"/>
          </w:tcPr>
          <w:p>
            <w:r>
              <w:t>8</w:t>
            </w:r>
          </w:p>
        </w:tc>
        <w:tc>
          <w:tcPr>
            <w:tcW w:type="dxa" w:w="3969"/>
          </w:tcPr>
          <w:p>
            <w:r/>
          </w:p>
        </w:tc>
        <w:tc>
          <w:tcPr>
            <w:tcW w:type="dxa" w:w="1984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1417"/>
          </w:tcPr>
          <w:p>
            <w:r/>
          </w:p>
        </w:tc>
      </w:tr>
      <w:tr>
        <w:tc>
          <w:tcPr>
            <w:tcW w:type="dxa" w:w="567"/>
          </w:tcPr>
          <w:p>
            <w:r>
              <w:t>9</w:t>
            </w:r>
          </w:p>
        </w:tc>
        <w:tc>
          <w:tcPr>
            <w:tcW w:type="dxa" w:w="3969"/>
          </w:tcPr>
          <w:p>
            <w:r/>
          </w:p>
        </w:tc>
        <w:tc>
          <w:tcPr>
            <w:tcW w:type="dxa" w:w="1984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1417"/>
          </w:tcPr>
          <w:p>
            <w:r/>
          </w:p>
        </w:tc>
      </w:tr>
      <w:tr>
        <w:tc>
          <w:tcPr>
            <w:tcW w:type="dxa" w:w="567"/>
          </w:tcPr>
          <w:p>
            <w:r>
              <w:t>10</w:t>
            </w:r>
          </w:p>
        </w:tc>
        <w:tc>
          <w:tcPr>
            <w:tcW w:type="dxa" w:w="3969"/>
          </w:tcPr>
          <w:p>
            <w:r/>
          </w:p>
        </w:tc>
        <w:tc>
          <w:tcPr>
            <w:tcW w:type="dxa" w:w="1984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1417"/>
          </w:tcPr>
          <w:p>
            <w:r/>
          </w:p>
        </w:tc>
      </w:tr>
      <w:tr>
        <w:tc>
          <w:tcPr>
            <w:tcW w:type="dxa" w:w="567"/>
          </w:tcPr>
          <w:p>
            <w:r>
              <w:t>11</w:t>
            </w:r>
          </w:p>
        </w:tc>
        <w:tc>
          <w:tcPr>
            <w:tcW w:type="dxa" w:w="3969"/>
          </w:tcPr>
          <w:p>
            <w:r/>
          </w:p>
        </w:tc>
        <w:tc>
          <w:tcPr>
            <w:tcW w:type="dxa" w:w="1984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1417"/>
          </w:tcPr>
          <w:p>
            <w:r/>
          </w:p>
        </w:tc>
      </w:tr>
      <w:tr>
        <w:tc>
          <w:tcPr>
            <w:tcW w:type="dxa" w:w="567"/>
          </w:tcPr>
          <w:p>
            <w:r>
              <w:t>12</w:t>
            </w:r>
          </w:p>
        </w:tc>
        <w:tc>
          <w:tcPr>
            <w:tcW w:type="dxa" w:w="3969"/>
          </w:tcPr>
          <w:p>
            <w:r/>
          </w:p>
        </w:tc>
        <w:tc>
          <w:tcPr>
            <w:tcW w:type="dxa" w:w="1984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1417"/>
          </w:tcPr>
          <w:p>
            <w:r/>
          </w:p>
        </w:tc>
      </w:tr>
      <w:tr>
        <w:tc>
          <w:tcPr>
            <w:tcW w:type="dxa" w:w="567"/>
          </w:tcPr>
          <w:p>
            <w:r>
              <w:t>13</w:t>
            </w:r>
          </w:p>
        </w:tc>
        <w:tc>
          <w:tcPr>
            <w:tcW w:type="dxa" w:w="3969"/>
          </w:tcPr>
          <w:p>
            <w:r/>
          </w:p>
        </w:tc>
        <w:tc>
          <w:tcPr>
            <w:tcW w:type="dxa" w:w="1984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1417"/>
          </w:tcPr>
          <w:p>
            <w:r/>
          </w:p>
        </w:tc>
      </w:tr>
      <w:tr>
        <w:tc>
          <w:tcPr>
            <w:tcW w:type="dxa" w:w="567"/>
          </w:tcPr>
          <w:p>
            <w:r>
              <w:t>14</w:t>
            </w:r>
          </w:p>
        </w:tc>
        <w:tc>
          <w:tcPr>
            <w:tcW w:type="dxa" w:w="3969"/>
          </w:tcPr>
          <w:p>
            <w:r/>
          </w:p>
        </w:tc>
        <w:tc>
          <w:tcPr>
            <w:tcW w:type="dxa" w:w="1984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1417"/>
          </w:tcPr>
          <w:p>
            <w:r/>
          </w:p>
        </w:tc>
      </w:tr>
      <w:tr>
        <w:tc>
          <w:tcPr>
            <w:tcW w:type="dxa" w:w="567"/>
          </w:tcPr>
          <w:p>
            <w:r>
              <w:t>15</w:t>
            </w:r>
          </w:p>
        </w:tc>
        <w:tc>
          <w:tcPr>
            <w:tcW w:type="dxa" w:w="3969"/>
          </w:tcPr>
          <w:p>
            <w:r/>
          </w:p>
        </w:tc>
        <w:tc>
          <w:tcPr>
            <w:tcW w:type="dxa" w:w="1984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1417"/>
          </w:tcPr>
          <w:p>
            <w:r/>
          </w:p>
        </w:tc>
      </w:tr>
      <w:tr>
        <w:tc>
          <w:tcPr>
            <w:tcW w:type="dxa" w:w="567"/>
          </w:tcPr>
          <w:p>
            <w:r>
              <w:t>16</w:t>
            </w:r>
          </w:p>
        </w:tc>
        <w:tc>
          <w:tcPr>
            <w:tcW w:type="dxa" w:w="3969"/>
          </w:tcPr>
          <w:p>
            <w:r/>
          </w:p>
        </w:tc>
        <w:tc>
          <w:tcPr>
            <w:tcW w:type="dxa" w:w="1984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1417"/>
          </w:tcPr>
          <w:p>
            <w:r/>
          </w:p>
        </w:tc>
      </w:tr>
      <w:tr>
        <w:tc>
          <w:tcPr>
            <w:tcW w:type="dxa" w:w="567"/>
          </w:tcPr>
          <w:p>
            <w:r>
              <w:t>17</w:t>
            </w:r>
          </w:p>
        </w:tc>
        <w:tc>
          <w:tcPr>
            <w:tcW w:type="dxa" w:w="3969"/>
          </w:tcPr>
          <w:p>
            <w:r/>
          </w:p>
        </w:tc>
        <w:tc>
          <w:tcPr>
            <w:tcW w:type="dxa" w:w="1984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1417"/>
          </w:tcPr>
          <w:p>
            <w:r/>
          </w:p>
        </w:tc>
      </w:tr>
      <w:tr>
        <w:tc>
          <w:tcPr>
            <w:tcW w:type="dxa" w:w="567"/>
          </w:tcPr>
          <w:p>
            <w:r>
              <w:t>18</w:t>
            </w:r>
          </w:p>
        </w:tc>
        <w:tc>
          <w:tcPr>
            <w:tcW w:type="dxa" w:w="3969"/>
          </w:tcPr>
          <w:p>
            <w:r/>
          </w:p>
        </w:tc>
        <w:tc>
          <w:tcPr>
            <w:tcW w:type="dxa" w:w="1984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1417"/>
          </w:tcPr>
          <w:p>
            <w:r/>
          </w:p>
        </w:tc>
      </w:tr>
      <w:tr>
        <w:tc>
          <w:tcPr>
            <w:tcW w:type="dxa" w:w="567"/>
          </w:tcPr>
          <w:p>
            <w:r>
              <w:t>19</w:t>
            </w:r>
          </w:p>
        </w:tc>
        <w:tc>
          <w:tcPr>
            <w:tcW w:type="dxa" w:w="3969"/>
          </w:tcPr>
          <w:p>
            <w:r/>
          </w:p>
        </w:tc>
        <w:tc>
          <w:tcPr>
            <w:tcW w:type="dxa" w:w="1984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1417"/>
          </w:tcPr>
          <w:p>
            <w:r/>
          </w:p>
        </w:tc>
      </w:tr>
      <w:tr>
        <w:tc>
          <w:tcPr>
            <w:tcW w:type="dxa" w:w="567"/>
          </w:tcPr>
          <w:p>
            <w:r>
              <w:t>20</w:t>
            </w:r>
          </w:p>
        </w:tc>
        <w:tc>
          <w:tcPr>
            <w:tcW w:type="dxa" w:w="3969"/>
          </w:tcPr>
          <w:p>
            <w:r/>
          </w:p>
        </w:tc>
        <w:tc>
          <w:tcPr>
            <w:tcW w:type="dxa" w:w="1984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1417"/>
          </w:tcPr>
          <w:p>
            <w:r/>
          </w:p>
        </w:tc>
      </w:tr>
      <w:tr>
        <w:tc>
          <w:tcPr>
            <w:tcW w:type="dxa" w:w="567"/>
          </w:tcPr>
          <w:p>
            <w:r>
              <w:t>21</w:t>
            </w:r>
          </w:p>
        </w:tc>
        <w:tc>
          <w:tcPr>
            <w:tcW w:type="dxa" w:w="3969"/>
          </w:tcPr>
          <w:p>
            <w:r/>
          </w:p>
        </w:tc>
        <w:tc>
          <w:tcPr>
            <w:tcW w:type="dxa" w:w="1984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1417"/>
          </w:tcPr>
          <w:p>
            <w:r/>
          </w:p>
        </w:tc>
      </w:tr>
      <w:tr>
        <w:tc>
          <w:tcPr>
            <w:tcW w:type="dxa" w:w="567"/>
          </w:tcPr>
          <w:p>
            <w:r>
              <w:t>22</w:t>
            </w:r>
          </w:p>
        </w:tc>
        <w:tc>
          <w:tcPr>
            <w:tcW w:type="dxa" w:w="3969"/>
          </w:tcPr>
          <w:p>
            <w:r/>
          </w:p>
        </w:tc>
        <w:tc>
          <w:tcPr>
            <w:tcW w:type="dxa" w:w="1984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1417"/>
          </w:tcPr>
          <w:p>
            <w:r/>
          </w:p>
        </w:tc>
      </w:tr>
      <w:tr>
        <w:tc>
          <w:tcPr>
            <w:tcW w:type="dxa" w:w="567"/>
          </w:tcPr>
          <w:p>
            <w:r>
              <w:t>23</w:t>
            </w:r>
          </w:p>
        </w:tc>
        <w:tc>
          <w:tcPr>
            <w:tcW w:type="dxa" w:w="3969"/>
          </w:tcPr>
          <w:p>
            <w:r/>
          </w:p>
        </w:tc>
        <w:tc>
          <w:tcPr>
            <w:tcW w:type="dxa" w:w="1984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1417"/>
          </w:tcPr>
          <w:p>
            <w:r/>
          </w:p>
        </w:tc>
      </w:tr>
      <w:tr>
        <w:tc>
          <w:tcPr>
            <w:tcW w:type="dxa" w:w="567"/>
          </w:tcPr>
          <w:p>
            <w:r>
              <w:t>24</w:t>
            </w:r>
          </w:p>
        </w:tc>
        <w:tc>
          <w:tcPr>
            <w:tcW w:type="dxa" w:w="3969"/>
          </w:tcPr>
          <w:p>
            <w:r/>
          </w:p>
        </w:tc>
        <w:tc>
          <w:tcPr>
            <w:tcW w:type="dxa" w:w="1984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1417"/>
          </w:tcPr>
          <w:p>
            <w:r/>
          </w:p>
        </w:tc>
      </w:tr>
      <w:tr>
        <w:tc>
          <w:tcPr>
            <w:tcW w:type="dxa" w:w="567"/>
          </w:tcPr>
          <w:p>
            <w:r>
              <w:t>25</w:t>
            </w:r>
          </w:p>
        </w:tc>
        <w:tc>
          <w:tcPr>
            <w:tcW w:type="dxa" w:w="3969"/>
          </w:tcPr>
          <w:p>
            <w:r/>
          </w:p>
        </w:tc>
        <w:tc>
          <w:tcPr>
            <w:tcW w:type="dxa" w:w="1984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1417"/>
          </w:tcPr>
          <w:p>
            <w:r/>
          </w:p>
        </w:tc>
      </w:tr>
      <w:tr>
        <w:tc>
          <w:tcPr>
            <w:tcW w:type="dxa" w:w="567"/>
          </w:tcPr>
          <w:p>
            <w:r>
              <w:t>26</w:t>
            </w:r>
          </w:p>
        </w:tc>
        <w:tc>
          <w:tcPr>
            <w:tcW w:type="dxa" w:w="3969"/>
          </w:tcPr>
          <w:p>
            <w:r/>
          </w:p>
        </w:tc>
        <w:tc>
          <w:tcPr>
            <w:tcW w:type="dxa" w:w="1984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1417"/>
          </w:tcPr>
          <w:p>
            <w:r/>
          </w:p>
        </w:tc>
      </w:tr>
      <w:tr>
        <w:tc>
          <w:tcPr>
            <w:tcW w:type="dxa" w:w="567"/>
          </w:tcPr>
          <w:p>
            <w:r>
              <w:t>27</w:t>
            </w:r>
          </w:p>
        </w:tc>
        <w:tc>
          <w:tcPr>
            <w:tcW w:type="dxa" w:w="3969"/>
          </w:tcPr>
          <w:p>
            <w:r/>
          </w:p>
        </w:tc>
        <w:tc>
          <w:tcPr>
            <w:tcW w:type="dxa" w:w="1984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1417"/>
          </w:tcPr>
          <w:p>
            <w:r/>
          </w:p>
        </w:tc>
      </w:tr>
      <w:tr>
        <w:tc>
          <w:tcPr>
            <w:tcW w:type="dxa" w:w="567"/>
          </w:tcPr>
          <w:p>
            <w:r>
              <w:t>28</w:t>
            </w:r>
          </w:p>
        </w:tc>
        <w:tc>
          <w:tcPr>
            <w:tcW w:type="dxa" w:w="3969"/>
          </w:tcPr>
          <w:p>
            <w:r/>
          </w:p>
        </w:tc>
        <w:tc>
          <w:tcPr>
            <w:tcW w:type="dxa" w:w="1984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1417"/>
          </w:tcPr>
          <w:p>
            <w:r/>
          </w:p>
        </w:tc>
      </w:tr>
      <w:tr>
        <w:tc>
          <w:tcPr>
            <w:tcW w:type="dxa" w:w="567"/>
          </w:tcPr>
          <w:p>
            <w:r>
              <w:t>29</w:t>
            </w:r>
          </w:p>
        </w:tc>
        <w:tc>
          <w:tcPr>
            <w:tcW w:type="dxa" w:w="3969"/>
          </w:tcPr>
          <w:p>
            <w:r/>
          </w:p>
        </w:tc>
        <w:tc>
          <w:tcPr>
            <w:tcW w:type="dxa" w:w="1984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1417"/>
          </w:tcPr>
          <w:p>
            <w:r/>
          </w:p>
        </w:tc>
      </w:tr>
      <w:tr>
        <w:tc>
          <w:tcPr>
            <w:tcW w:type="dxa" w:w="567"/>
          </w:tcPr>
          <w:p>
            <w:r>
              <w:t>30</w:t>
            </w:r>
          </w:p>
        </w:tc>
        <w:tc>
          <w:tcPr>
            <w:tcW w:type="dxa" w:w="3969"/>
          </w:tcPr>
          <w:p>
            <w:r/>
          </w:p>
        </w:tc>
        <w:tc>
          <w:tcPr>
            <w:tcW w:type="dxa" w:w="1984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1417"/>
          </w:tcPr>
          <w:p>
            <w:r/>
          </w:p>
        </w:tc>
      </w:tr>
      <w:tr>
        <w:tc>
          <w:tcPr>
            <w:tcW w:type="dxa" w:w="567"/>
          </w:tcPr>
          <w:p>
            <w:r>
              <w:t>31</w:t>
            </w:r>
          </w:p>
        </w:tc>
        <w:tc>
          <w:tcPr>
            <w:tcW w:type="dxa" w:w="3969"/>
          </w:tcPr>
          <w:p>
            <w:r/>
          </w:p>
        </w:tc>
        <w:tc>
          <w:tcPr>
            <w:tcW w:type="dxa" w:w="1984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1417"/>
          </w:tcPr>
          <w:p>
            <w:r/>
          </w:p>
        </w:tc>
      </w:tr>
    </w:tbl>
    <w:p>
      <w:r>
        <w:rPr>
          <w:b/>
        </w:rPr>
        <w:t xml:space="preserve">Consentements : </w:t>
      </w:r>
      <w:r>
        <w:rPr>
          <w:sz w:val="18"/>
        </w:rPr>
        <w:t xml:space="preserve">☐ J’accepte d’être recontacté(e) au sujet de cette pétition.   </w:t>
      </w:r>
      <w:r>
        <w:rPr>
          <w:sz w:val="18"/>
        </w:rPr>
        <w:t>☐ J’autorise la publication de mon nom lors de la remise.</w:t>
      </w:r>
    </w:p>
    <w:p>
      <w:r>
        <w:rPr>
          <w:b/>
        </w:rPr>
        <w:t xml:space="preserve">Note données personnelles : </w:t>
      </w:r>
      <w:r>
        <w:rPr>
          <w:sz w:val="16"/>
        </w:rPr>
        <w:t>les informations recueillies sont utilisées uniquement pour cette pétition et la communication liée. Elles ne seront pas cédées à des tiers. Pour exercer vos droits (accès, rectification, suppression), contactez : ____________________.</w:t>
      </w:r>
    </w:p>
    <w:sectPr w:rsidR="00FC693F" w:rsidRPr="0006063C" w:rsidSect="00034616">
      <w:footerReference w:type="default" r:id="rId9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6"/>
      </w:rPr>
      <w:t>lecoursgratuit.com — Modèle vierge à imprimer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