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Modèles de Lettres à un Ministre</w:t>
      </w:r>
    </w:p>
    <w:p>
      <w:r>
        <w:t>Exemples gratuits et professionnels à personnaliser. Téléchargeable en un seul document Word.</w:t>
      </w:r>
    </w:p>
    <w:p/>
    <w:p>
      <w:pPr>
        <w:pStyle w:val="Heading1"/>
      </w:pPr>
      <w:r>
        <w:t>Introduction</w:t>
      </w:r>
    </w:p>
    <w:p>
      <w:r>
        <w:t>Ce document regroupe plusieurs modèles de lettres officielles à adresser à différents ministres. Chaque modèle suit les standards de la correspondance administrative française.</w:t>
      </w:r>
    </w:p>
    <w:p>
      <w:r>
        <w:t>Personnalisez facilement ces templates selon votre situation.</w:t>
      </w:r>
    </w:p>
    <w:p>
      <w:r>
        <w:br w:type="page"/>
      </w:r>
    </w:p>
    <w:p>
      <w:pPr>
        <w:pStyle w:val="Heading1"/>
      </w:pPr>
      <w:r>
        <w:t>1. Modèle Général de Lettre à un Ministre</w:t>
      </w:r>
    </w:p>
    <w:p>
      <w:r>
        <w:t>Vos coordonnées</w:t>
      </w:r>
    </w:p>
    <w:p>
      <w:r>
        <w:t>Adresse</w:t>
      </w:r>
    </w:p>
    <w:p>
      <w:r>
        <w:t>Code postal, Ville</w:t>
      </w:r>
    </w:p>
    <w:p>
      <w:r>
        <w:t>Date : [Date]</w:t>
      </w:r>
    </w:p>
    <w:p>
      <w:r>
        <w:t>Monsieur le Ministre</w:t>
      </w:r>
    </w:p>
    <w:p>
      <w:r>
        <w:t>Ministère de [Nom du Ministère]</w:t>
      </w:r>
    </w:p>
    <w:p>
      <w:r>
        <w:t>Adresse du ministère</w:t>
      </w:r>
    </w:p>
    <w:p>
      <w:r>
        <w:t>Objet : [Votre objet clair et précis]</w:t>
      </w:r>
    </w:p>
    <w:p>
      <w:r>
        <w:t>Monsieur le Ministre,</w:t>
      </w:r>
    </w:p>
    <w:p>
      <w:r>
        <w:t>[Introduction : Présentez-vous et l’objet de votre lettre en quelques phrases.]</w:t>
      </w:r>
    </w:p>
    <w:p>
      <w:r>
        <w:t>[Développement : Détaillez vos arguments de manière factuelle et structurée. Utilisez des paragraphes courts.]</w:t>
      </w:r>
    </w:p>
    <w:p>
      <w:r>
        <w:t>[Conclusion : Rappelez votre demande et remerciez.]</w:t>
      </w:r>
    </w:p>
    <w:p>
      <w:r>
        <w:t>Je vous prie d’agréer, Monsieur le Ministre, l’expression de ma haute considération.</w:t>
      </w:r>
    </w:p>
    <w:p>
      <w:r>
        <w:t>Signature</w:t>
      </w:r>
    </w:p>
    <w:p>
      <w:r>
        <w:t>[Nom et Prénom]</w:t>
      </w:r>
    </w:p>
    <w:p>
      <w:r>
        <w:br w:type="page"/>
      </w:r>
    </w:p>
    <w:p>
      <w:pPr>
        <w:pStyle w:val="Heading1"/>
      </w:pPr>
      <w:r>
        <w:t>2. Exemple de Lettre adressée au Ministre de l'Intérieur</w:t>
      </w:r>
    </w:p>
    <w:p>
      <w:r>
        <w:t>Objet : Demande de [précisez : intervention, information, réclamation...]</w:t>
      </w:r>
    </w:p>
    <w:p>
      <w:r>
        <w:t>Monsieur le Ministre de l’Intérieur,</w:t>
      </w:r>
    </w:p>
    <w:p>
      <w:r>
        <w:t>Je me permets de vous écrire concernant [décrivez le sujet : sécurité, titre de séjour, etc.].</w:t>
      </w:r>
    </w:p>
    <w:p>
      <w:r>
        <w:t>Détails de la situation :</w:t>
      </w:r>
    </w:p>
    <w:p>
      <w:r>
        <w:t>- Fait 1 : ...</w:t>
      </w:r>
    </w:p>
    <w:p>
      <w:r>
        <w:t>- Fait 2 : ...</w:t>
      </w:r>
    </w:p>
    <w:p>
      <w:r>
        <w:t>En conséquence, je sollicite [votre demande précise].</w:t>
      </w:r>
    </w:p>
    <w:p>
      <w:r>
        <w:t>Je vous prie d’agréer, Monsieur le Ministre, l’expression de ma haute considération.</w:t>
      </w:r>
    </w:p>
    <w:p>
      <w:r>
        <w:br w:type="page"/>
      </w:r>
    </w:p>
    <w:p>
      <w:pPr>
        <w:pStyle w:val="Heading1"/>
      </w:pPr>
      <w:r>
        <w:t>3. Exemple de Lettre adressée au Ministre des Affaires Étrangères</w:t>
      </w:r>
    </w:p>
    <w:p>
      <w:r>
        <w:t>Objet : [Sujet diplomatique ou consular]</w:t>
      </w:r>
    </w:p>
    <w:p>
      <w:r>
        <w:t>Monsieur le Ministre des Affaires Étrangères,</w:t>
      </w:r>
    </w:p>
    <w:p>
      <w:r>
        <w:t>Concernant la situation de [détails], je vous serais reconnaissant de bien vouloir intervenir.</w:t>
      </w:r>
    </w:p>
    <w:p>
      <w:r>
        <w:br w:type="page"/>
      </w:r>
    </w:p>
    <w:p>
      <w:pPr>
        <w:pStyle w:val="Heading1"/>
      </w:pPr>
      <w:r>
        <w:t>4. Exemple de Demande adressée au Ministre de la Défense</w:t>
      </w:r>
    </w:p>
    <w:p>
      <w:r>
        <w:t>Objet : [Demande relative à la défense]</w:t>
      </w:r>
    </w:p>
    <w:p>
      <w:r>
        <w:t>Madame/Monsieur le Ministre de la Défense,</w:t>
      </w:r>
    </w:p>
    <w:p>
      <w:r>
        <w:t>Dans le cadre de [contexte], je vous adresse cette demande.</w:t>
      </w:r>
    </w:p>
    <w:p>
      <w:r>
        <w:br w:type="page"/>
      </w:r>
    </w:p>
    <w:p>
      <w:pPr>
        <w:pStyle w:val="Heading1"/>
      </w:pPr>
      <w:r>
        <w:t>Instructions d’utilisation</w:t>
      </w:r>
    </w:p>
    <w:p>
      <w:r>
        <w:t>1. Remplacez les parties entre crochets [] par vos informations.</w:t>
      </w:r>
    </w:p>
    <w:p>
      <w:r>
        <w:t>2. Adaptez le ton tout en restant courtois et factuel.</w:t>
      </w:r>
    </w:p>
    <w:p>
      <w:r>
        <w:t>3. Joignez les pièces justificatives si nécessaire.</w:t>
      </w:r>
    </w:p>
    <w:p>
      <w:r>
        <w:t>4. Envoyez par courrier recommandé avec accusé de réception.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