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ATTESTATION DE REMISE DE CLÉS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3 modèles professionnels prêts à personnaliser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 w:val="0"/>
          <w:i w:val="0"/>
          <w:sz w:val="22"/>
        </w:rPr>
        <w:t>• Modèle 1 : Fin de location (bail)</w:t>
        <w:br/>
        <w:t>• Modèle 2 : Vente immobilière</w:t>
        <w:br/>
        <w:t>• Modèle 3 : Fin de travaux / Accès temporaire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Document gratuit – site4doc.com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Comment utiliser ces modèles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1. Choisissez le modèle correspondant à votre situation.</w:t>
        <w:br/>
        <w:t>2. Remplacez tous les textes entre crochets [comme ceci] par vos informations.</w:t>
        <w:br/>
        <w:t>3. Listez précisément chaque clé / badge / télécommande avec le nombre d’exemplaires.</w:t>
        <w:br/>
        <w:t>4. Faites signer les deux parties (idéalement en deux exemplaires).</w:t>
        <w:br/>
        <w:t>5. Conservez un original et remettez l’autre à la partie adverse.</w:t>
        <w:br/>
        <w:t>6. Joignez si possible l’état des lieux correspondant.</w:t>
      </w:r>
    </w:p>
    <w:p>
      <w:r>
        <w:br w:type="page"/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MODÈLE 1 – ATTESTATION DE REMISE DE CLÉS</w:t>
        <w:br/>
        <w:t>(Fin de location / Restitution locataire)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 w:val="0"/>
          <w:i/>
          <w:sz w:val="20"/>
        </w:rPr>
        <w:t>À utiliser lors de l’état des lieux de sortie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ATTESTATION DE REMISE DE CLÉS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Je soussigné(e)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[Nom et prénom du bailleur / agence / mandataire]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Demeurant / sis à : [Adresse complète du bailleur ou de l’agence]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Qualité : ☐ Propriétaire  ☐ Agence immobilière  ☐ Mandataire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Atteste avoir reçu ce jour de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[Nom et prénom du (des) locataire(s)]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Locataire(s) du logement situé au : [Adresse complète du bien – étage, n° appartement si applicable]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Bail signé le : [Date de signature du bail]  |  Référence bail (si connue) : [N° ou référence]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Les clés et moyens d’accès suivants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Type de clé / accès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Destination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Quantité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porte d’entrée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Logement principal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boîte aux lettres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Boîte aux lettres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cave / cellier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Cave / cellier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garage / parking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Garage / place de parking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Badge(s) d’accès immeuble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Hall / digicode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Télécommande(s) de portail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Portail / barrière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Autres (préciser)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</w:tbl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Date et heure de la remise : [JJ/MM/AAAA] à [HH:MM]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Lieu de la remise : ☐ Sur place (logement)  ☐ Agence  ☐ Autre : [préciser]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Observations / réserves éventuelles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[Indiquer ici toute observation : clé manquante, badge défectueux, double non restitué, etc. ou « Néant »]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Cette restitution fait suite à l’état des lieux de sortie établi le [date de l’EDL de sortie] et annexé à la présente attestation (ou joint séparément).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Conformément à l’article 22 de la loi n° 89-462 du 6 juillet 1989, le délai de restitution du dépôt de garantie court à compter de la présente date de restitution des clés.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Fait à [Ville], le [JJ/MM/AAAA]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Signature du locataire</w:t>
              <w:br/>
              <w:t>(précédée de la mention « Lu et approuvé »)</w:t>
            </w:r>
          </w:p>
        </w:tc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Signature du bailleur / agence</w:t>
              <w:br/>
              <w:t>(précédée de la mention « Lu et approuvé »)</w:t>
            </w:r>
          </w:p>
        </w:tc>
      </w:tr>
      <w:tr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br/>
              <w:br/>
              <w:br/>
            </w:r>
          </w:p>
        </w:tc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br/>
              <w:br/>
              <w:br/>
            </w:r>
          </w:p>
        </w:tc>
      </w:tr>
    </w:tbl>
    <w:p>
      <w:pPr>
        <w:spacing w:before="0"/>
        <w:jc w:val="center"/>
      </w:pPr>
      <w:r>
        <w:rPr>
          <w:rFonts w:ascii="Times New Roman" w:hAnsi="Times New Roman" w:eastAsia="Times New Roman"/>
          <w:b w:val="0"/>
          <w:i/>
          <w:sz w:val="18"/>
        </w:rPr>
        <w:br/>
        <w:t>Document établi en deux exemplaires originaux – un pour chaque partie.</w:t>
      </w:r>
    </w:p>
    <w:p>
      <w:r>
        <w:br w:type="page"/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MODÈLE 2 – ATTESTATION DE REMISE DE CLÉS</w:t>
        <w:br/>
        <w:t>(Vente immobilière)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 w:val="0"/>
          <w:i/>
          <w:sz w:val="20"/>
        </w:rPr>
        <w:t>À utiliser le jour de la signature de l’acte authentique ou de la prise de possession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ATTESTATION DE REMISE DE CLÉS – VENTE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Je soussigné(e)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[Nom et prénom du vendeur / ou raison sociale]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Demeurant / sis à : [Adresse complète]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Qualité : ☐ Vendeur  ☐ Mandataire  ☐ Notaire (pour compte)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Atteste avoir remis ce jour à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[Nom et prénom de l’acquéreur / ou raison sociale]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Acquéreur du bien situé au : [Adresse complète du bien]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Acte de vente signé le : [Date de l’acte authentique]  |  Notaire : Maître [Nom] – Étude de [Ville]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Les clés et moyens d’accès suivants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Type de clé / accès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Destination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Quantité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porte d’entrée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Logement / maison principale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boîte aux lettres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Boîte aux lettres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cave / cellier / annexe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Cave / cellier / dépendance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garage / parking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Garage / place de parking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Badge(s) d’accès / digicode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Hall / digicode / interphone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Télécommande(s) de portail / porte de garage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Portail / porte de garage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Autres (codes alarme, clés secondaires…)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</w:tbl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Date et heure de la remise : [JJ/MM/AAAA] à [HH:MM]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Lieu de la remise : ☐ Étude notariale  ☐ Sur place  ☐ Autre : [préciser]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Observations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[Ex. : remise de tous les codes d’alarme, notices, doublons, etc. ou « Néant »]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La présente attestation constate la délivrance du bien au sens de l’article 1605 du Code civil (remise des clés).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Fait à [Ville], le [JJ/MM/AAAA]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Signature du vendeur</w:t>
              <w:br/>
              <w:t>(précédée de « Lu et approuvé »)</w:t>
            </w:r>
          </w:p>
        </w:tc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Signature de l’acquéreur</w:t>
              <w:br/>
              <w:t>(précédée de « Lu et approuvé »)</w:t>
            </w:r>
          </w:p>
        </w:tc>
      </w:tr>
      <w:tr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br/>
              <w:br/>
              <w:br/>
            </w:r>
          </w:p>
        </w:tc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br/>
              <w:br/>
              <w:br/>
            </w:r>
          </w:p>
        </w:tc>
      </w:tr>
    </w:tbl>
    <w:p>
      <w:pPr>
        <w:spacing w:before="0"/>
        <w:jc w:val="center"/>
      </w:pPr>
      <w:r>
        <w:rPr>
          <w:rFonts w:ascii="Times New Roman" w:hAnsi="Times New Roman" w:eastAsia="Times New Roman"/>
          <w:b w:val="0"/>
          <w:i/>
          <w:sz w:val="18"/>
        </w:rPr>
        <w:br/>
        <w:t>Document établi en deux exemplaires originaux.</w:t>
      </w:r>
    </w:p>
    <w:p>
      <w:r>
        <w:br w:type="page"/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MODÈLE 3 – ATTESTATION DE REMISE DE CLÉS</w:t>
        <w:br/>
        <w:t>(Fin de travaux / Accès temporaire artisan ou entreprise)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 w:val="0"/>
          <w:i/>
          <w:sz w:val="20"/>
        </w:rPr>
        <w:t>À utiliser pour formaliser la restitution des clés après intervention</w:t>
      </w:r>
    </w:p>
    <w:p>
      <w:pPr>
        <w:spacing w:befor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ATTESTATION DE REMISE DE CLÉS – TRAVAUX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Je soussigné(e)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[Nom et prénom du propriétaire / gestionnaire]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Demeurant / sis à : [Adresse]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Atteste avoir reçu ce jour de :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[Nom de l’entreprise / artisan]  –  Représenté(e) par : [Nom du responsable]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Dans le cadre des travaux de : [Nature des travaux – ex. : rénovation cuisine, peinture, plomberie…]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Réalisés au : [Adresse du bien]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Période d’accès autorisée : du [date début] au [date fin]</w:t>
      </w:r>
    </w:p>
    <w:p>
      <w:pPr>
        <w:spacing w:before="0"/>
      </w:pPr>
      <w:r>
        <w:rPr>
          <w:rFonts w:ascii="Times New Roman" w:hAnsi="Times New Roman" w:eastAsia="Times New Roman"/>
          <w:b/>
          <w:i w:val="0"/>
          <w:sz w:val="22"/>
        </w:rPr>
        <w:t>Les clés et moyens d’accès suivants ont été restitués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Type de clé / accès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Destination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Quantité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de porte d’entrée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Logement / local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Badge(s) / digicode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Accès immeuble / local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Télécommande(s)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Portail / garage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Clé(s) secondaire(s)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[préciser]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Autres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  ]</w:t>
            </w:r>
          </w:p>
        </w:tc>
      </w:tr>
    </w:tbl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Date et heure de restitution : [JJ/MM/AAAA] à [HH:MM]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Observations (état des clés, incidents, etc.) : [  ] ou « Néant »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0"/>
        </w:rPr>
        <w:t>L’entreprise / l’artisan s’engage à n’avoir conservé aucun double et à informer immédiatement le propriétaire en cas de perte constatée ultérieurement.</w:t>
      </w:r>
    </w:p>
    <w:p>
      <w:pPr>
        <w:spacing w:before="0"/>
      </w:pPr>
      <w:r>
        <w:rPr>
          <w:rFonts w:ascii="Times New Roman" w:hAnsi="Times New Roman" w:eastAsia="Times New Roman"/>
          <w:b w:val="0"/>
          <w:i w:val="0"/>
          <w:sz w:val="22"/>
        </w:rPr>
        <w:t>Fait à [Ville], le [JJ/MM/AAAA]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Signature du propriétaire</w:t>
              <w:br/>
              <w:t>(précédée de « Lu et approuvé »)</w:t>
            </w:r>
          </w:p>
        </w:tc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Signature de l’entreprise / artisan</w:t>
              <w:br/>
              <w:t>(précédée de « Lu et approuvé »)</w:t>
            </w:r>
          </w:p>
        </w:tc>
      </w:tr>
      <w:tr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br/>
              <w:br/>
              <w:br/>
            </w:r>
          </w:p>
        </w:tc>
        <w:tc>
          <w:tcPr>
            <w:tcW w:type="dxa" w:w="498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br/>
              <w:br/>
              <w:br/>
            </w:r>
          </w:p>
        </w:tc>
      </w:tr>
    </w:tbl>
    <w:p>
      <w:pPr>
        <w:spacing w:before="0"/>
        <w:jc w:val="center"/>
      </w:pPr>
      <w:r>
        <w:rPr>
          <w:rFonts w:ascii="Times New Roman" w:hAnsi="Times New Roman" w:eastAsia="Times New Roman"/>
          <w:b w:val="0"/>
          <w:i/>
          <w:sz w:val="18"/>
        </w:rPr>
        <w:br/>
        <w:t>Document établi en deux exemplaires originaux.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