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6"/>
        </w:rPr>
        <w:t>80 Dédicaces de Mémoire</w:t>
      </w:r>
    </w:p>
    <w:p>
      <w:pPr>
        <w:jc w:val="center"/>
      </w:pPr>
      <w:r>
        <w:rPr>
          <w:color w:val="555555"/>
          <w:sz w:val="24"/>
        </w:rPr>
        <w:t>Modèles classés par catégorie – Édition 2026</w:t>
      </w:r>
    </w:p>
    <w:p/>
    <w:p>
      <w:r>
        <w:rPr>
          <w:b/>
        </w:rPr>
        <w:t xml:space="preserve">Dernière mise à jour : </w:t>
      </w:r>
      <w:r>
        <w:t>1er septembre 2026</w:t>
        <w:br/>
      </w:r>
      <w:r>
        <w:rPr>
          <w:b/>
        </w:rPr>
        <w:t xml:space="preserve">Auteur : </w:t>
      </w:r>
      <w:r>
        <w:t>Marie Dupont – Spécialiste documents administratifs et RH</w:t>
      </w:r>
    </w:p>
    <w:p/>
    <w:p>
      <w:r>
        <w:t>Ce document regroupe plus de 80 exemples de dédicaces organisés par catégorie. Choisissez celle qui vous correspond le mieux, personnalisez-la avec le nom des personnes et les détails qui vous sont propres, puis insérez-la dans votre mémoire.</w:t>
      </w:r>
    </w:p>
    <w:p>
      <w:r>
        <w:rPr>
          <w:b/>
          <w:color w:val="1F4E79"/>
          <w:sz w:val="26"/>
        </w:rPr>
        <w:t>Conseils rapides</w:t>
      </w:r>
    </w:p>
    <w:p>
      <w:pPr>
        <w:pStyle w:val="ListBullet"/>
      </w:pPr>
      <w:r>
        <w:t>Limitez-vous à 1 à 4 destinataires maximum pour rester impactant.</w:t>
      </w:r>
    </w:p>
    <w:p>
      <w:pPr>
        <w:pStyle w:val="ListBullet"/>
      </w:pPr>
      <w:r>
        <w:t>Adaptez le ton (affectueux, solennel, simple ou spirituel) à votre personnalité.</w:t>
      </w:r>
    </w:p>
    <w:p>
      <w:pPr>
        <w:pStyle w:val="ListBullet"/>
      </w:pPr>
      <w:r>
        <w:t>Remplacez les crochets [Nom] par les prénoms réels.</w:t>
      </w:r>
    </w:p>
    <w:p>
      <w:pPr>
        <w:pStyle w:val="ListBullet"/>
      </w:pPr>
      <w:r>
        <w:t>Une dédicace efficace tient en 2 à 6 lignes.</w:t>
      </w:r>
    </w:p>
    <w:p>
      <w:pPr>
        <w:pStyle w:val="ListBullet"/>
      </w:pPr>
      <w:r>
        <w:t>Placez la dédicace juste après la page de titre de votre mémoire.</w:t>
      </w:r>
    </w:p>
    <w:p/>
    <w:p>
      <w:r>
        <w:rPr>
          <w:b/>
          <w:color w:val="1F4E79"/>
          <w:sz w:val="26"/>
        </w:rPr>
        <w:t>1. Dédicaces aux parents</w:t>
      </w:r>
    </w:p>
    <w:p>
      <w:r>
        <w:rPr>
          <w:i/>
          <w:sz w:val="20"/>
        </w:rPr>
        <w:t>1. « À mes parents, pour leur amour inconditionnel et leur soutien indéfectible. Sans vous, ce travail n’aurait jamais vu le jour. »</w:t>
      </w:r>
    </w:p>
    <w:p>
      <w:r>
        <w:rPr>
          <w:i/>
          <w:sz w:val="20"/>
        </w:rPr>
        <w:t>2. « À ma mère, dont les sacrifices m’ont permis d’atteindre mes rêves. »</w:t>
      </w:r>
    </w:p>
    <w:p>
      <w:r>
        <w:rPr>
          <w:i/>
          <w:sz w:val="20"/>
        </w:rPr>
        <w:t>3. « À mon père, pour m’avoir appris la valeur du travail et de la persévérance. »</w:t>
      </w:r>
    </w:p>
    <w:p>
      <w:r>
        <w:rPr>
          <w:i/>
          <w:sz w:val="20"/>
        </w:rPr>
        <w:t>4. « À mes chers parents, qui n’ont jamais cessé de croire en moi, même quand moi-même j’en doutais. »</w:t>
      </w:r>
    </w:p>
    <w:p>
      <w:r>
        <w:rPr>
          <w:i/>
          <w:sz w:val="20"/>
        </w:rPr>
        <w:t>5. « Je dédie ce mémoire à mes parents, pour tous les efforts et les prières qu’ils ont consentis afin que je puisse réussir. »</w:t>
      </w:r>
    </w:p>
    <w:p>
      <w:r>
        <w:rPr>
          <w:i/>
          <w:sz w:val="20"/>
        </w:rPr>
        <w:t>6. « À mon père et à ma mère, sources de courage et de tendresse. Ce travail est le fruit de votre amour. »</w:t>
      </w:r>
    </w:p>
    <w:p>
      <w:r>
        <w:rPr>
          <w:i/>
          <w:sz w:val="20"/>
        </w:rPr>
        <w:t>7. « À mes parents bien-aimés, pour leur patience, leur générosité et leur soutien moral tout au long de mon parcours académique. »</w:t>
      </w:r>
    </w:p>
    <w:p>
      <w:r>
        <w:rPr>
          <w:i/>
          <w:sz w:val="20"/>
        </w:rPr>
        <w:t>8. « À ma mère, symbole de tendresse et de force. Merci pour tout ce que tu as fait pour moi. »</w:t>
      </w:r>
    </w:p>
    <w:p>
      <w:r>
        <w:rPr>
          <w:i/>
          <w:sz w:val="20"/>
        </w:rPr>
        <w:t>9. « À mon père, qui m’a inculqué le sens de l’honneur, du travail et de la responsabilité. »</w:t>
      </w:r>
    </w:p>
    <w:p>
      <w:r>
        <w:rPr>
          <w:i/>
          <w:sz w:val="20"/>
        </w:rPr>
        <w:t>10. « À mes parents, pour avoir toujours été présents dans les moments difficiles comme dans les moments de joie. »</w:t>
      </w:r>
    </w:p>
    <w:p>
      <w:r>
        <w:rPr>
          <w:i/>
          <w:sz w:val="20"/>
        </w:rPr>
        <w:t>11. « Je dédie ce modeste travail à mes parents, qui n’ont ménagé aucun effort pour mon éducation et mon bonheur. »</w:t>
      </w:r>
    </w:p>
    <w:p>
      <w:r>
        <w:rPr>
          <w:i/>
          <w:sz w:val="20"/>
        </w:rPr>
        <w:t>12. « À mes chers parents, que Dieu vous protège et vous rende au centuple tout le bien que vous m’avez fait. »</w:t>
      </w:r>
    </w:p>
    <w:p/>
    <w:p>
      <w:r>
        <w:rPr>
          <w:b/>
          <w:color w:val="1F4E79"/>
          <w:sz w:val="26"/>
        </w:rPr>
        <w:t>2. Dédicaces à la famille</w:t>
      </w:r>
    </w:p>
    <w:p>
      <w:r>
        <w:rPr>
          <w:i/>
          <w:sz w:val="20"/>
        </w:rPr>
        <w:t>1. « À toute ma famille, pour leur amour, leur patience et leur soutien indéfectible durant ces années d’études. »</w:t>
      </w:r>
    </w:p>
    <w:p>
      <w:r>
        <w:rPr>
          <w:i/>
          <w:sz w:val="20"/>
        </w:rPr>
        <w:t>2. « À mes frères et sœurs, compagnons de toujours, pour leur présence et leurs encouragements. »</w:t>
      </w:r>
    </w:p>
    <w:p>
      <w:r>
        <w:rPr>
          <w:i/>
          <w:sz w:val="20"/>
        </w:rPr>
        <w:t>3. « À ma grand-mère, dont la sagesse et l’amour m’accompagnent chaque jour. »</w:t>
      </w:r>
    </w:p>
    <w:p>
      <w:r>
        <w:rPr>
          <w:i/>
          <w:sz w:val="20"/>
        </w:rPr>
        <w:t>4. « À ma famille, qui m’a doté d’une éducation digne. Son amour a fait de moi ce que je suis aujourd’hui. »</w:t>
      </w:r>
    </w:p>
    <w:p>
      <w:r>
        <w:rPr>
          <w:i/>
          <w:sz w:val="20"/>
        </w:rPr>
        <w:t>5. « À tous ceux qui me sont chers : parents, frères, sœurs, oncles, tantes… Merci pour votre soutien constant. »</w:t>
      </w:r>
    </w:p>
    <w:p>
      <w:r>
        <w:rPr>
          <w:i/>
          <w:sz w:val="20"/>
        </w:rPr>
        <w:t>6. « À mes grands-parents, pour leur affection et les valeurs qu’ils m’ont transmises. »</w:t>
      </w:r>
    </w:p>
    <w:p>
      <w:r>
        <w:rPr>
          <w:i/>
          <w:sz w:val="20"/>
        </w:rPr>
        <w:t>7. « À ma sœur / mon frère, pour avoir toujours été un exemple et un soutien inestimable. »</w:t>
      </w:r>
    </w:p>
    <w:p>
      <w:r>
        <w:rPr>
          <w:i/>
          <w:sz w:val="20"/>
        </w:rPr>
        <w:t>8. « À toute ma famille, qui a partagé avec moi les moments de stress et de fierté de ce parcours. »</w:t>
      </w:r>
    </w:p>
    <w:p>
      <w:r>
        <w:rPr>
          <w:i/>
          <w:sz w:val="20"/>
        </w:rPr>
        <w:t>9. « À mes proches, pour leur compréhension face aux absences et aux nuits de travail. »</w:t>
      </w:r>
    </w:p>
    <w:p>
      <w:r>
        <w:rPr>
          <w:i/>
          <w:sz w:val="20"/>
        </w:rPr>
        <w:t>10. « À ma famille élargie, pour les encouragements et la confiance qu’ils m’ont toujours accordés. »</w:t>
      </w:r>
    </w:p>
    <w:p>
      <w:r>
        <w:rPr>
          <w:i/>
          <w:sz w:val="20"/>
        </w:rPr>
        <w:t>11. « À mes oncles et tantes, pour leurs conseils et leur présence bienveillante. »</w:t>
      </w:r>
    </w:p>
    <w:p>
      <w:r>
        <w:rPr>
          <w:i/>
          <w:sz w:val="20"/>
        </w:rPr>
        <w:t>12. « À tous les membres de ma famille, petits et grands, qui ont contribué à faire de moi la personne que je suis. »</w:t>
      </w:r>
    </w:p>
    <w:p/>
    <w:p>
      <w:r>
        <w:rPr>
          <w:b/>
          <w:color w:val="1F4E79"/>
          <w:sz w:val="26"/>
        </w:rPr>
        <w:t>3. Dédicaces aux amis</w:t>
      </w:r>
    </w:p>
    <w:p>
      <w:r>
        <w:rPr>
          <w:i/>
          <w:sz w:val="20"/>
        </w:rPr>
        <w:t>1. « À mes amis, pour leur soutien moral et leurs encouragements tout au long de ce parcours. »</w:t>
      </w:r>
    </w:p>
    <w:p>
      <w:r>
        <w:rPr>
          <w:i/>
          <w:sz w:val="20"/>
        </w:rPr>
        <w:t>2. « À mon ami(e) de toujours, pour avoir été à mes côtés dans les moments difficiles et avoir partagé cette aventure avec moi. »</w:t>
      </w:r>
    </w:p>
    <w:p>
      <w:r>
        <w:rPr>
          <w:i/>
          <w:sz w:val="20"/>
        </w:rPr>
        <w:t>3. « À mon groupe d’étude, pour les heures passées ensemble à travailler, rire et s’entraider. »</w:t>
      </w:r>
    </w:p>
    <w:p>
      <w:r>
        <w:rPr>
          <w:i/>
          <w:sz w:val="20"/>
        </w:rPr>
        <w:t>4. « À mes camarades de promotion, pour les discussions enrichissantes et la camaraderie qui ont marqué ces années. »</w:t>
      </w:r>
    </w:p>
    <w:p>
      <w:r>
        <w:rPr>
          <w:i/>
          <w:sz w:val="20"/>
        </w:rPr>
        <w:t>5. « À mes vrais amis, ceux qui ont su être présents quand j’en avais le plus besoin. »</w:t>
      </w:r>
    </w:p>
    <w:p>
      <w:r>
        <w:rPr>
          <w:i/>
          <w:sz w:val="20"/>
        </w:rPr>
        <w:t>6. « À mon/ma meilleur(e) ami(e), pour les moments de complicité et de soutien inconditionnel. »</w:t>
      </w:r>
    </w:p>
    <w:p>
      <w:r>
        <w:rPr>
          <w:i/>
          <w:sz w:val="20"/>
        </w:rPr>
        <w:t>7. « À tous ceux qui ont rendu ces années universitaires plus légères et plus belles. »</w:t>
      </w:r>
    </w:p>
    <w:p>
      <w:r>
        <w:rPr>
          <w:i/>
          <w:sz w:val="20"/>
        </w:rPr>
        <w:t>8. « À mes amis fidèles, pour avoir partagé les rires, les doutes et les réussites. »</w:t>
      </w:r>
    </w:p>
    <w:p>
      <w:r>
        <w:rPr>
          <w:i/>
          <w:sz w:val="20"/>
        </w:rPr>
        <w:t>9. « À mon binôme / mon groupe de travail, pour la collaboration et l’entraide tout au long de ce projet. »</w:t>
      </w:r>
    </w:p>
    <w:p>
      <w:r>
        <w:rPr>
          <w:i/>
          <w:sz w:val="20"/>
        </w:rPr>
        <w:t>10. « À mes amis de toujours, qui ont su me motiver et me rappeler que je n’étais pas seul(e). »</w:t>
      </w:r>
    </w:p>
    <w:p>
      <w:r>
        <w:rPr>
          <w:i/>
          <w:sz w:val="20"/>
        </w:rPr>
        <w:t>11. « À ceux qui ont été mon refuge pendant les périodes de stress et de doute. »</w:t>
      </w:r>
    </w:p>
    <w:p>
      <w:r>
        <w:rPr>
          <w:i/>
          <w:sz w:val="20"/>
        </w:rPr>
        <w:t>12. « À mes amis, pour leur patience face à mes absences et leur joie partagée lors des réussites. »</w:t>
      </w:r>
    </w:p>
    <w:p/>
    <w:p>
      <w:r>
        <w:rPr>
          <w:b/>
          <w:color w:val="1F4E79"/>
          <w:sz w:val="26"/>
        </w:rPr>
        <w:t>4. Dédicaces aux enseignants et mentors</w:t>
      </w:r>
    </w:p>
    <w:p>
      <w:r>
        <w:rPr>
          <w:i/>
          <w:sz w:val="20"/>
        </w:rPr>
        <w:t>1. « À mon directeur de mémoire, pour sa patience, ses conseils avisés et sa confiance tout au long de ce travail. »</w:t>
      </w:r>
    </w:p>
    <w:p>
      <w:r>
        <w:rPr>
          <w:i/>
          <w:sz w:val="20"/>
        </w:rPr>
        <w:t>2. « À ma directrice de recherche, pour son expertise et sa bienveillance qui ont enrichi ce mémoire. »</w:t>
      </w:r>
    </w:p>
    <w:p>
      <w:r>
        <w:rPr>
          <w:i/>
          <w:sz w:val="20"/>
        </w:rPr>
        <w:t>3. « À tous mes enseignants, pour leur passion et leur dévouement à l’éducation. »</w:t>
      </w:r>
    </w:p>
    <w:p>
      <w:r>
        <w:rPr>
          <w:i/>
          <w:sz w:val="20"/>
        </w:rPr>
        <w:t>4. « À mon tuteur, pour avoir partagé son savoir et son expérience avec générosité. »</w:t>
      </w:r>
    </w:p>
    <w:p>
      <w:r>
        <w:rPr>
          <w:i/>
          <w:sz w:val="20"/>
        </w:rPr>
        <w:t>5. « À mon professeur [Nom], dont les enseignements ont profondément marqué mon parcours. »</w:t>
      </w:r>
    </w:p>
    <w:p>
      <w:r>
        <w:rPr>
          <w:i/>
          <w:sz w:val="20"/>
        </w:rPr>
        <w:t>6. « À mon encadrant, pour sa disponibilité, sa rigueur et ses précieux conseils méthodologiques. »</w:t>
      </w:r>
    </w:p>
    <w:p>
      <w:r>
        <w:rPr>
          <w:i/>
          <w:sz w:val="20"/>
        </w:rPr>
        <w:t>7. « À l’ensemble du corps professoral, pour la qualité de leur enseignement et leur engagement. »</w:t>
      </w:r>
    </w:p>
    <w:p>
      <w:r>
        <w:rPr>
          <w:i/>
          <w:sz w:val="20"/>
        </w:rPr>
        <w:t>8. « À mon mentor, pour avoir cru en moi et m’avoir poussé(e) à donner le meilleur de moi-même. »</w:t>
      </w:r>
    </w:p>
    <w:p>
      <w:r>
        <w:rPr>
          <w:i/>
          <w:sz w:val="20"/>
        </w:rPr>
        <w:t>9. « À mon directeur de mémoire, pour m’avoir guidé(e) avec exigence et bienveillance. »</w:t>
      </w:r>
    </w:p>
    <w:p>
      <w:r>
        <w:rPr>
          <w:i/>
          <w:sz w:val="20"/>
        </w:rPr>
        <w:t>10. « À tous ceux qui ont contribué à ma formation intellectuelle et professionnelle. »</w:t>
      </w:r>
    </w:p>
    <w:p>
      <w:r>
        <w:rPr>
          <w:i/>
          <w:sz w:val="20"/>
        </w:rPr>
        <w:t>11. « À mon professeur principal, pour ses encouragements et sa confiance tout au long de mon cursus. »</w:t>
      </w:r>
    </w:p>
    <w:p>
      <w:r>
        <w:rPr>
          <w:i/>
          <w:sz w:val="20"/>
        </w:rPr>
        <w:t>12. « À mon directeur de recherche, pour avoir accepté de m’accompagner dans cette aventure intellectuelle. »</w:t>
      </w:r>
    </w:p>
    <w:p/>
    <w:p>
      <w:r>
        <w:rPr>
          <w:b/>
          <w:color w:val="1F4E79"/>
          <w:sz w:val="26"/>
        </w:rPr>
        <w:t>5. Dédicaces à une personne disparue</w:t>
      </w:r>
    </w:p>
    <w:p>
      <w:r>
        <w:rPr>
          <w:i/>
          <w:sz w:val="20"/>
        </w:rPr>
        <w:t>1. « À la mémoire de mon père / ma mère, dont l’amour et les valeurs continuent de m’inspirer chaque jour. »</w:t>
      </w:r>
    </w:p>
    <w:p>
      <w:r>
        <w:rPr>
          <w:i/>
          <w:sz w:val="20"/>
        </w:rPr>
        <w:t>2. « À la mémoire de [Nom], qui m’a transmis le goût de l’effort et de la persévérance. Que son âme repose en paix. »</w:t>
      </w:r>
    </w:p>
    <w:p>
      <w:r>
        <w:rPr>
          <w:i/>
          <w:sz w:val="20"/>
        </w:rPr>
        <w:t>3. « Ce mémoire est dédié à la mémoire de [Nom], dont la présence reste vivante dans mon cœur. »</w:t>
      </w:r>
    </w:p>
    <w:p>
      <w:r>
        <w:rPr>
          <w:i/>
          <w:sz w:val="20"/>
        </w:rPr>
        <w:t>4. « À la mémoire de mon grand-père / ma grand-mère, pour tout ce qu’il/elle m’a appris et transmis. »</w:t>
      </w:r>
    </w:p>
    <w:p>
      <w:r>
        <w:rPr>
          <w:i/>
          <w:sz w:val="20"/>
        </w:rPr>
        <w:t>5. « À la mémoire de [Nom], disparu(e) trop tôt, mais dont le souvenir m’accompagne chaque jour. »</w:t>
      </w:r>
    </w:p>
    <w:p>
      <w:r>
        <w:rPr>
          <w:i/>
          <w:sz w:val="20"/>
        </w:rPr>
        <w:t>6. « Je dédie ce travail à la mémoire de [Nom], qui aurait été fier/fière de ce moment. »</w:t>
      </w:r>
    </w:p>
    <w:p>
      <w:r>
        <w:rPr>
          <w:i/>
          <w:sz w:val="20"/>
        </w:rPr>
        <w:t>7. « À la mémoire de mon père, dont les leçons de vie continuent de guider mes pas. »</w:t>
      </w:r>
    </w:p>
    <w:p>
      <w:r>
        <w:rPr>
          <w:i/>
          <w:sz w:val="20"/>
        </w:rPr>
        <w:t>8. « À la mémoire de ma mère, source d’amour et de force, même absente. »</w:t>
      </w:r>
    </w:p>
    <w:p>
      <w:r>
        <w:rPr>
          <w:i/>
          <w:sz w:val="20"/>
        </w:rPr>
        <w:t>9. « Ce modeste travail est un hommage à [Nom], que je n’oublierai jamais. »</w:t>
      </w:r>
    </w:p>
    <w:p>
      <w:r>
        <w:rPr>
          <w:i/>
          <w:sz w:val="20"/>
        </w:rPr>
        <w:t>10. « À la mémoire de ceux qui nous ont quittés, mais qui restent présents dans nos cœurs. »</w:t>
      </w:r>
    </w:p>
    <w:p>
      <w:r>
        <w:rPr>
          <w:i/>
          <w:sz w:val="20"/>
        </w:rPr>
        <w:t>11. « À la mémoire de [Nom], pour l’exemple de courage et de dignité qu’il/elle a été. »</w:t>
      </w:r>
    </w:p>
    <w:p>
      <w:r>
        <w:rPr>
          <w:i/>
          <w:sz w:val="20"/>
        </w:rPr>
        <w:t>12. « Je dédie ce mémoire à la mémoire de [Nom], en signe d’éternelle gratitude et d’amour. »</w:t>
      </w:r>
    </w:p>
    <w:p/>
    <w:p>
      <w:r>
        <w:rPr>
          <w:b/>
          <w:color w:val="1F4E79"/>
          <w:sz w:val="26"/>
        </w:rPr>
        <w:t>6. Dédicaces spirituelles / reconnaissantes</w:t>
      </w:r>
    </w:p>
    <w:p>
      <w:r>
        <w:rPr>
          <w:i/>
          <w:sz w:val="20"/>
        </w:rPr>
        <w:t>1. « Avant tout, je remercie Dieu le Tout-Puissant de m’avoir donné la force et la santé nécessaires pour mener à bien ce travail. »</w:t>
      </w:r>
    </w:p>
    <w:p>
      <w:r>
        <w:rPr>
          <w:i/>
          <w:sz w:val="20"/>
        </w:rPr>
        <w:t>2. « À Dieu, source de toute force et de toute sagesse. Ce mémoire est le fruit de Sa grâce. »</w:t>
      </w:r>
    </w:p>
    <w:p>
      <w:r>
        <w:rPr>
          <w:i/>
          <w:sz w:val="20"/>
        </w:rPr>
        <w:t>3. « Louange à Dieu qui m’a permis d’atteindre cette étape importante de mon parcours. »</w:t>
      </w:r>
    </w:p>
    <w:p>
      <w:r>
        <w:rPr>
          <w:i/>
          <w:sz w:val="20"/>
        </w:rPr>
        <w:t>4. « Je dédie ce travail à Dieu, le Miséricordieux, qui m’a soutenu(e) dans les moments de doute. »</w:t>
      </w:r>
    </w:p>
    <w:p>
      <w:r>
        <w:rPr>
          <w:i/>
          <w:sz w:val="20"/>
        </w:rPr>
        <w:t>5. « Par la grâce de Dieu, ce mémoire a pu être mené à son terme. À Lui toute la gloire. »</w:t>
      </w:r>
    </w:p>
    <w:p>
      <w:r>
        <w:rPr>
          <w:i/>
          <w:sz w:val="20"/>
        </w:rPr>
        <w:t>6. « À Dieu d’abord, pour la force, la patience et la persévérance qu’Il m’a accordées. »</w:t>
      </w:r>
    </w:p>
    <w:p>
      <w:r>
        <w:rPr>
          <w:i/>
          <w:sz w:val="20"/>
        </w:rPr>
        <w:t>7. « Je rends grâce à Dieu pour avoir éclairé mon chemin tout au long de ces années d’études. »</w:t>
      </w:r>
    </w:p>
    <w:p>
      <w:r>
        <w:rPr>
          <w:i/>
          <w:sz w:val="20"/>
        </w:rPr>
        <w:t>8. « Ce travail n’aurait pas vu le jour sans la bénédiction de Dieu. À Lui ma reconnaissance éternelle. »</w:t>
      </w:r>
    </w:p>
    <w:p>
      <w:r>
        <w:rPr>
          <w:i/>
          <w:sz w:val="20"/>
        </w:rPr>
        <w:t>9. « À Dieu le Tout-Puissant, qui m’a donné le courage de surmonter les obstacles. »</w:t>
      </w:r>
    </w:p>
    <w:p>
      <w:r>
        <w:rPr>
          <w:i/>
          <w:sz w:val="20"/>
        </w:rPr>
        <w:t>10. « Je dédie ce mémoire à Dieu, pour Sa guidance et Sa protection constante. »</w:t>
      </w:r>
    </w:p>
    <w:p>
      <w:r>
        <w:rPr>
          <w:i/>
          <w:sz w:val="20"/>
        </w:rPr>
        <w:t>11. « Merci à Dieu pour chaque pas qui m’a conduit jusqu’ici. »</w:t>
      </w:r>
    </w:p>
    <w:p>
      <w:r>
        <w:rPr>
          <w:i/>
          <w:sz w:val="20"/>
        </w:rPr>
        <w:t>12. « À Dieu, qui a fait de l’impossible une réalité. Ce mémoire Lui appartient. »</w:t>
      </w:r>
    </w:p>
    <w:p/>
    <w:p>
      <w:r>
        <w:rPr>
          <w:b/>
          <w:color w:val="1F4E79"/>
          <w:sz w:val="26"/>
        </w:rPr>
        <w:t>7. Dédicaces à soi-même</w:t>
      </w:r>
    </w:p>
    <w:p>
      <w:r>
        <w:rPr>
          <w:i/>
          <w:sz w:val="20"/>
        </w:rPr>
        <w:t>1. « À moi-même, pour n’avoir jamais abandonné malgré les doutes, les nuits blanches et les moments de découragement. »</w:t>
      </w:r>
    </w:p>
    <w:p>
      <w:r>
        <w:rPr>
          <w:i/>
          <w:sz w:val="20"/>
        </w:rPr>
        <w:t>2. « À la personne que je suis devenue grâce à la persévérance et à la discipline. »</w:t>
      </w:r>
    </w:p>
    <w:p>
      <w:r>
        <w:rPr>
          <w:i/>
          <w:sz w:val="20"/>
        </w:rPr>
        <w:t>3. « À moi-même, pour avoir su trouver la force de continuer quand tout semblait difficile. »</w:t>
      </w:r>
    </w:p>
    <w:p>
      <w:r>
        <w:rPr>
          <w:i/>
          <w:sz w:val="20"/>
        </w:rPr>
        <w:t>4. « Ce mémoire est aussi dédié à la version de moi qui a douté, mais qui n’a jamais renoncé. »</w:t>
      </w:r>
    </w:p>
    <w:p>
      <w:r>
        <w:rPr>
          <w:i/>
          <w:sz w:val="20"/>
        </w:rPr>
        <w:t>5. « À moi-même, pour le travail, les sacrifices et la détermination qui ont rendu ce moment possible. »</w:t>
      </w:r>
    </w:p>
    <w:p>
      <w:r>
        <w:rPr>
          <w:i/>
          <w:sz w:val="20"/>
        </w:rPr>
        <w:t>6. « À la personne que j’étais au début de ce parcours, et à celle que je suis devenue. »</w:t>
      </w:r>
    </w:p>
    <w:p>
      <w:r>
        <w:rPr>
          <w:i/>
          <w:sz w:val="20"/>
        </w:rPr>
        <w:t>7. « Je dédie ce travail à moi-même, en reconnaissance de tous les efforts fournis. »</w:t>
      </w:r>
    </w:p>
    <w:p>
      <w:r>
        <w:rPr>
          <w:i/>
          <w:sz w:val="20"/>
        </w:rPr>
        <w:t>8. « À moi-même, pour avoir cru en mes capacités même dans les moments de doute. »</w:t>
      </w:r>
    </w:p>
    <w:p>
      <w:r>
        <w:rPr>
          <w:i/>
          <w:sz w:val="20"/>
        </w:rPr>
        <w:t>9. « Ce mémoire est le fruit de ma persévérance. Je me le dédie avec fierté. »</w:t>
      </w:r>
    </w:p>
    <w:p>
      <w:r>
        <w:rPr>
          <w:i/>
          <w:sz w:val="20"/>
        </w:rPr>
        <w:t>10. « À moi-même, pour avoir transformé les défis en opportunités d’apprendre et de grandir. »</w:t>
      </w:r>
    </w:p>
    <w:p>
      <w:r>
        <w:rPr>
          <w:i/>
          <w:sz w:val="20"/>
        </w:rPr>
        <w:t>11. « À la force intérieure qui m’a permis d’aller jusqu’au bout. »</w:t>
      </w:r>
    </w:p>
    <w:p>
      <w:r>
        <w:rPr>
          <w:i/>
          <w:sz w:val="20"/>
        </w:rPr>
        <w:t>12. « Je dédie ce travail à moi-même, en hommage à la résilience et au courage dont j’ai fait preuve. »</w:t>
      </w:r>
    </w:p>
    <w:p/>
    <w:p>
      <w:r>
        <w:rPr>
          <w:b/>
          <w:color w:val="1F4E79"/>
          <w:sz w:val="26"/>
        </w:rPr>
        <w:t>8. Dédicaces mixtes / générales</w:t>
      </w:r>
    </w:p>
    <w:p>
      <w:r>
        <w:rPr>
          <w:i/>
          <w:sz w:val="20"/>
        </w:rPr>
        <w:t>1. « À tous ceux qui, de près ou de loin, ont contribué à la réalisation de ce mémoire. »</w:t>
      </w:r>
    </w:p>
    <w:p>
      <w:r>
        <w:rPr>
          <w:i/>
          <w:sz w:val="20"/>
        </w:rPr>
        <w:t>2. « À ma famille, mes amis et mes enseignants, pour leur soutien indéfectible. »</w:t>
      </w:r>
    </w:p>
    <w:p>
      <w:r>
        <w:rPr>
          <w:i/>
          <w:sz w:val="20"/>
        </w:rPr>
        <w:t>3. « À tous ceux qui ont cru en moi et m’ont encouragé(e) tout au long de ce parcours. »</w:t>
      </w:r>
    </w:p>
    <w:p>
      <w:r>
        <w:rPr>
          <w:i/>
          <w:sz w:val="20"/>
        </w:rPr>
        <w:t>4. « Ce mémoire est dédié à toutes les personnes qui ont marqué mon chemin académique. »</w:t>
      </w:r>
    </w:p>
    <w:p>
      <w:r>
        <w:rPr>
          <w:i/>
          <w:sz w:val="20"/>
        </w:rPr>
        <w:t>5. « À ceux qui m’ont soutenu(e) dans l’ombre comme dans la lumière. »</w:t>
      </w:r>
    </w:p>
    <w:p>
      <w:r>
        <w:rPr>
          <w:i/>
          <w:sz w:val="20"/>
        </w:rPr>
        <w:t>6. « À ma famille et à mes amis, pour avoir rendu ce parcours possible et plus beau. »</w:t>
      </w:r>
    </w:p>
    <w:p>
      <w:r>
        <w:rPr>
          <w:i/>
          <w:sz w:val="20"/>
        </w:rPr>
        <w:t>7. « Je dédie ce travail à tous ceux qui ont partagé mes joies et mes peines durant ces années. »</w:t>
      </w:r>
    </w:p>
    <w:p>
      <w:r>
        <w:rPr>
          <w:i/>
          <w:sz w:val="20"/>
        </w:rPr>
        <w:t>8. « À tous les êtres chers qui ont illuminé mon chemin. »</w:t>
      </w:r>
    </w:p>
    <w:p/>
    <w:p>
      <w:r>
        <w:rPr>
          <w:b/>
          <w:color w:val="1F4E79"/>
          <w:sz w:val="26"/>
        </w:rPr>
        <w:t>Comment utiliser ces modèles</w:t>
      </w:r>
    </w:p>
    <w:p>
      <w:r>
        <w:t>1. Parcourez les catégories et sélectionnez 1 à 3 dédicaces qui vous parlent.</w:t>
      </w:r>
    </w:p>
    <w:p>
      <w:r>
        <w:t>2. Personnalisez les noms et les détails.</w:t>
      </w:r>
    </w:p>
    <w:p>
      <w:r>
        <w:t>3. Relisez à voix haute pour vérifier le ton.</w:t>
      </w:r>
    </w:p>
    <w:p>
      <w:r>
        <w:t>4. Insérez le texte définitif dans votre mémoire (page de dédicace).</w:t>
      </w:r>
    </w:p>
    <w:p>
      <w:r>
        <w:t>5. Conservez une version de remerciements séparée si votre établissement le demande.</w:t>
      </w:r>
    </w:p>
    <w:p/>
    <w:p>
      <w:r>
        <w:rPr>
          <w:i/>
        </w:rPr>
        <w:t>Ce document est libre de droits. Vous pouvez le modifier, le partager et l’utiliser librement pour vos travaux académiques.</w:t>
      </w:r>
    </w:p>
    <w:p/>
    <w:p>
      <w:pPr>
        <w:jc w:val="center"/>
      </w:pPr>
      <w:r>
        <w:rPr>
          <w:color w:val="666666"/>
          <w:sz w:val="18"/>
        </w:rPr>
        <w:t>site4doc.com – Modèles de documents gratuits</w:t>
        <w:br/>
        <w:t>Document généré le 1er septembre 2026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