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7F1D1D"/>
          <w:sz w:val="36"/>
        </w:rPr>
        <w:t>Demande d'Aide Financière Maladie</w:t>
        <w:br/>
        <w:t>5 Modèles de Lettres à Copier-Coller</w:t>
      </w:r>
    </w:p>
    <w:p>
      <w:pPr>
        <w:jc w:val="center"/>
      </w:pPr>
      <w:r>
        <w:rPr>
          <w:color w:val="64748B"/>
          <w:sz w:val="18"/>
        </w:rPr>
        <w:t>CPAM, Mairie / CCAS, Mutuelle, Association, Employeur - Modèles remplissables</w:t>
      </w:r>
    </w:p>
    <w:p>
      <w:pPr/>
      <w:r>
        <w:t>Ce document est fourni à titre informatif. Il ne constitue pas un conseil juridique. Pour une situation urgente, contactez votre assistante sociale, votre CCAS ou le 09 72 72 39 49. Ne joignez jamais votre dossier médical complet, seulement un justificatif administratif.</w:t>
      </w:r>
    </w:p>
    <w:p>
      <w:pPr>
        <w:pStyle w:val="Heading1"/>
      </w:pPr>
      <w:r>
        <w:rPr>
          <w:color w:val="7F1D1D"/>
        </w:rPr>
        <w:t>Méthode FACT - Pour un ton juste</w:t>
      </w:r>
    </w:p>
    <w:p>
      <w:r>
        <w:t>F - Fait : Quand a commencé l'arrêt / les soins ?</w:t>
        <w:br/>
        <w:t>A - Affectation : Quelle baisse de revenus / quels frais restants ? Chiffrez.</w:t>
        <w:br/>
        <w:t>C - Chiffrage : Montant précis demandé et pour quoi ?</w:t>
        <w:br/>
        <w:t>T - Transparence : Démarches déjà faites + pièces jointes (IJSS, factures, RIB).</w:t>
      </w:r>
    </w:p>
    <w:p>
      <w:pPr>
        <w:pStyle w:val="Heading2"/>
      </w:pPr>
      <w:r>
        <w:rPr>
          <w:color w:val="7F1D1D"/>
          <w:sz w:val="24"/>
        </w:rPr>
        <w:t>Modèle 1 : CPAM - Action Sanitaire et Sociale (aide exceptionnelle)</w:t>
      </w:r>
    </w:p>
    <w:p>
      <w:r>
        <w:t>Objet : Demande d'aide financière exceptionnelle - Action sanitaire et sociale</w:t>
        <w:br/>
        <w:t>N° de sécurité sociale : [Votre numéro]</w:t>
        <w:br/>
        <w:br/>
        <w:t>Madame, Monsieur,</w:t>
        <w:br/>
        <w:br/>
        <w:t>Je me permets de vous solliciter au titre de l'action sanitaire et sociale de la CPAM.</w:t>
        <w:br/>
        <w:br/>
        <w:t>En arrêt maladie depuis le [date] pour une affection nécessitant [soins / hospitalisation / traitement], je fais face à une baisse de revenus de [montant] et à des frais restant à ma charge d'un montant de [montant] concernant [transports médicaux, dépassements, appareillage].</w:t>
        <w:br/>
        <w:br/>
        <w:t>Malgré mes démarches auprès de ma complémentaire santé, une partie reste non prise en charge.</w:t>
        <w:br/>
        <w:br/>
        <w:t>Je vous serais reconnaissant de bien vouloir étudier la possibilité d'une aide exceptionnelle. Vous trouverez ci-joint : attestation d'arrêt, factures, justificatif de ressources et RIB.</w:t>
        <w:br/>
        <w:br/>
        <w:t>Dans l'attente de votre retour, je reste à votre disposition.</w:t>
        <w:br/>
        <w:br/>
        <w:t>Veuillez agréer, Madame, Monsieur, l'expression de mes salutations distinguées.</w:t>
        <w:br/>
        <w:br/>
        <w:t>[Nom Prénom]</w:t>
        <w:br/>
        <w:t>[Adresse]</w:t>
        <w:br/>
        <w:t>[Téléphone]</w:t>
        <w:br/>
        <w:t>Pièces jointes : [liste]</w:t>
      </w:r>
    </w:p>
    <w:p>
      <w:pPr>
        <w:pStyle w:val="Heading2"/>
      </w:pPr>
      <w:r>
        <w:rPr>
          <w:color w:val="7F1D1D"/>
          <w:sz w:val="24"/>
        </w:rPr>
        <w:t>Modèle 2 : CCAS / Mairie - Aide d'urgence (loyer, énergie, alimentaire)</w:t>
      </w:r>
    </w:p>
    <w:p>
      <w:r>
        <w:t>Objet : Demande d'aide financière d'urgence</w:t>
        <w:br/>
        <w:br/>
        <w:t>Madame, Monsieur le Maire / Responsable du CCAS,</w:t>
        <w:br/>
        <w:br/>
        <w:t>Habitant la commune depuis [durée], je traverse actuellement une période difficile suite à des problèmes de santé survenus le [date].</w:t>
        <w:br/>
        <w:br/>
        <w:t>Cette situation a entraîné une incapacité temporaire à travailler et une difficulté à régler [loyer / factures d'énergie / frais essentiels] pour un montant de [montant].</w:t>
        <w:br/>
        <w:br/>
        <w:t>Je bénéficie de [RSA / IJSS / AAH / sans ressources] à hauteur de [montant] et mes charges fixes s'élèvent à [montant].</w:t>
        <w:br/>
        <w:br/>
        <w:t>Je sollicite votre bienveillance pour une aide d'urgence ou une orientation vers le dispositif adapté. Je joins tous les justificatifs nécessaires.</w:t>
        <w:br/>
        <w:br/>
        <w:t>En vous remerciant par avance.</w:t>
        <w:br/>
        <w:br/>
        <w:t>[Nom Prénom]</w:t>
        <w:br/>
        <w:t>[Adresse]</w:t>
        <w:br/>
        <w:t>[Téléphone]</w:t>
      </w:r>
    </w:p>
    <w:p>
      <w:pPr>
        <w:pStyle w:val="Heading2"/>
      </w:pPr>
      <w:r>
        <w:rPr>
          <w:color w:val="7F1D1D"/>
          <w:sz w:val="24"/>
        </w:rPr>
        <w:t>Modèle 3 : Mutuelle / Complémentaire Santé - Fonds d'entraide</w:t>
      </w:r>
    </w:p>
    <w:p>
      <w:r>
        <w:t>Objet : Demande de prise en charge exceptionnelle / fonds d'entraide - Contrat n° [numéro]</w:t>
        <w:br/>
        <w:br/>
        <w:t>Madame, Monsieur,</w:t>
        <w:br/>
        <w:br/>
        <w:t>Adhérent sous le contrat [numéro] depuis [date], je fais suite à des soins importants engagés le [date] pour [optique, dentaire, hospitalisation].</w:t>
        <w:br/>
        <w:br/>
        <w:t>Le reste à charge après remboursement s'élève à [montant] selon le décompte joint, ce qui représente une charge difficilement supportable dans mon contexte actuel [arrêt maladie / ALD].</w:t>
        <w:br/>
        <w:br/>
        <w:t>Je sollicite le fonds d'entraide ou une prise en charge exceptionnelle prévue par votre organisme.</w:t>
        <w:br/>
        <w:br/>
        <w:t>Ci-joint : factures, décomptes CPAM et justificatif de situation.</w:t>
        <w:br/>
        <w:br/>
        <w:t>Je vous remercie par avance.</w:t>
        <w:br/>
        <w:br/>
        <w:t>Cordialement,</w:t>
        <w:br/>
        <w:t>[Nom Prénom]</w:t>
      </w:r>
    </w:p>
    <w:p>
      <w:pPr>
        <w:pStyle w:val="Heading2"/>
      </w:pPr>
      <w:r>
        <w:rPr>
          <w:color w:val="7F1D1D"/>
          <w:sz w:val="24"/>
        </w:rPr>
        <w:t>Modèle 4 : Association (Ligue contre le cancer, etc.)</w:t>
      </w:r>
    </w:p>
    <w:p>
      <w:r>
        <w:t>Objet : Demande de soutien financier</w:t>
        <w:br/>
        <w:br/>
        <w:t>Madame, Monsieur,</w:t>
        <w:br/>
        <w:br/>
        <w:t>Atteint(e) d'une maladie depuis le [date] et suivi(e) à [hôpital / ville], je fais face à des frais annexes importants : [déplacements, hébergement proche hôpital, garde d'enfants, perte de revenus].</w:t>
        <w:br/>
        <w:br/>
        <w:t>Malgré les aides déjà sollicitées, je reste en difficulté pour un montant estimé à [montant].</w:t>
        <w:br/>
        <w:br/>
        <w:t>Je sollicite votre association pour une aide ponctuelle, ou pour tout dispositif que vous pourriez me conseiller.</w:t>
        <w:br/>
        <w:br/>
        <w:t>Je joins certificat médical simplifié, justificatif de domicile et de ressources.</w:t>
        <w:br/>
        <w:br/>
        <w:t>Avec mes sincères remerciements.</w:t>
        <w:br/>
        <w:br/>
        <w:t>[Nom Prénom]</w:t>
      </w:r>
    </w:p>
    <w:p>
      <w:pPr>
        <w:pStyle w:val="Heading2"/>
      </w:pPr>
      <w:r>
        <w:rPr>
          <w:color w:val="7F1D1D"/>
          <w:sz w:val="24"/>
        </w:rPr>
        <w:t>Modèle 5 : Employeur / CSE - Aide sociale interne</w:t>
      </w:r>
    </w:p>
    <w:p>
      <w:r>
        <w:t>Objet : Demande d'aide sociale - CSE / Action logement</w:t>
        <w:br/>
        <w:br/>
        <w:t>Madame, Monsieur,</w:t>
        <w:br/>
        <w:br/>
        <w:t>Salarié(e) au poste de [poste] depuis [date], je suis actuellement en arrêt maladie depuis le [date].</w:t>
        <w:br/>
        <w:br/>
        <w:t>Cette situation a engendré [baisse de revenus, frais médicaux imprévus] et je souhaitais savoir si un dispositif d'aide sociale, de secours ou d'avance sur frais était mobilisable via le CSE ou l'entreprise.</w:t>
        <w:br/>
        <w:br/>
        <w:t>Je reste discret sur les aspects médicaux et peux fournir les justificatifs administratifs nécessaires (attestation CPAM, justificatif de frais).</w:t>
        <w:br/>
        <w:br/>
        <w:t>Je vous remercie pour votre écoute.</w:t>
        <w:br/>
        <w:br/>
        <w:t>Bien cordialement,</w:t>
        <w:br/>
        <w:t>[Nom Prénom]</w:t>
        <w:br/>
        <w:t>Matricule : [si besoin]</w:t>
      </w:r>
    </w:p>
    <w:p>
      <w:r>
        <w:br w:type="page"/>
      </w:r>
    </w:p>
    <w:p>
      <w:pPr>
        <w:pStyle w:val="Heading1"/>
      </w:pPr>
      <w:r>
        <w:rPr>
          <w:color w:val="7F1D1D"/>
        </w:rPr>
        <w:t>Checklist Pièces Jointes - À joindre à chaque envoi</w:t>
      </w:r>
    </w:p>
    <w:p>
      <w:r>
        <w:t>☐ Lettre datée et signée avec objet clair</w:t>
        <w:br/>
        <w:t>☐ Numéro de sécu / adhérent selon organisme</w:t>
        <w:br/>
        <w:t>☐ Montant précis demandé et utilisation prévue</w:t>
        <w:br/>
        <w:t>☐ Attestation d'arrêt maladie ou certificat médical simple (pas dossier complet)</w:t>
        <w:br/>
        <w:t>☐ Factures / devis / décomptes CPAM</w:t>
        <w:br/>
        <w:t>☐ Justificatif de ressources : attestation IJSS, 2 derniers bulletins, avis d'imposition</w:t>
        <w:br/>
        <w:t>☐ Justificatif de domicile + RIB + pièce d'identité</w:t>
        <w:br/>
        <w:t>☐ Numéro de téléphone joignable</w:t>
        <w:br/>
        <w:br/>
        <w:t>Astuce : Déposez en parallèle CPAM + Mutuelle + CCAS. Ce sont 3 circuits différents et cumulables.</w:t>
        <w:br/>
        <w:t>Rappel : 30% des dossiers sont bloqués pour RIB manquant ou adresse incomplète.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ourier New" w:hAnsi="Courier New"/>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