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</w:pPr>
      <w:r>
        <w:t>[Votre Nom Prénom]</w:t>
        <w:br/>
        <w:t>[Votre Adresse]</w:t>
        <w:br/>
        <w:t>[Téléphone] - [Email]</w:t>
      </w:r>
    </w:p>
    <w:p>
      <w:pPr>
        <w:spacing w:after="120"/>
      </w:pPr>
      <w:r>
        <w:t>À l'attention du Service Ressources Humaines</w:t>
        <w:br/>
        <w:t>CPAM de [Votre Département]</w:t>
        <w:br/>
        <w:t>[Ville], le 11 mai 2026</w:t>
      </w:r>
    </w:p>
    <w:p>
      <w:pPr>
        <w:spacing w:after="120"/>
      </w:pPr>
      <w:r>
        <w:t>Objet : Candidature au poste de Téléconseiller(ère) – Réf. [Référence offre]</w:t>
      </w:r>
    </w:p>
    <w:p>
      <w:pPr>
        <w:spacing w:after="120"/>
      </w:pPr>
      <w:r>
        <w:t>Madame, Monsieur,</w:t>
      </w:r>
    </w:p>
    <w:p>
      <w:pPr>
        <w:spacing w:after="120"/>
      </w:pPr>
      <w:r>
        <w:t>Diplômé(e) d'un BTS SP3S et fort(e) d'une première expérience en accueil au sein d'une mutuelle, je vous adresse ma candidature au poste de téléconseiller(ère) au sein de la CPAM de [Ville].</w:t>
      </w:r>
    </w:p>
    <w:p>
      <w:pPr>
        <w:spacing w:after="120"/>
      </w:pPr>
      <w:r>
        <w:t>Au quotidien, j'ai appris à gérer des appels d'assurés en situation de fragilité (arrêt maladie, CMU, accident de travail) avec écoute et discrétion. Rigoureux(se) sur la confidentialité des données et à l'aise avec les outils de gestion de dossiers, je comprends l'exigence de qualité de service de la Sécurité Sociale : apporter une réponse claire, humaine et conforme en moins de 3 minutes.</w:t>
      </w:r>
    </w:p>
    <w:p>
      <w:pPr>
        <w:spacing w:after="120"/>
      </w:pPr>
      <w:r>
        <w:t>Rejoindre la CPAM, c'est pour moi donner du sens à mon parcours : contribuer à l'accès aux droits et à la protection de tous. Je serais honoré(e) d'échanger avec vous sur ma motivation lors d'un entretien.</w:t>
      </w:r>
    </w:p>
    <w:p>
      <w:pPr>
        <w:spacing w:after="120"/>
      </w:pPr>
      <w:r>
        <w:t>Dans l'attente de votre retour, je vous prie d'agréer, Madame, Monsieur, l'expression de mes salutations distinguées.</w:t>
      </w:r>
    </w:p>
    <w:p>
      <w:pPr>
        <w:spacing w:after="120"/>
      </w:pPr>
      <w:r>
        <w:t>[Signature]</w:t>
        <w:br/>
        <w:t>[Nom Prénom]</w:t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